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ECBF" w14:textId="77777777" w:rsidR="00473E84" w:rsidRDefault="00000000">
      <w:pPr>
        <w:spacing w:before="360" w:after="200"/>
        <w:jc w:val="center"/>
      </w:pPr>
      <w:r>
        <w:rPr>
          <w:noProof/>
        </w:rPr>
        <w:drawing>
          <wp:inline distT="0" distB="0" distL="0" distR="0" wp14:anchorId="3EFB4ADA" wp14:editId="49735C52">
            <wp:extent cx="2015999" cy="2015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2015999" cy="2015999"/>
                    </a:xfrm>
                    <a:prstGeom prst="rect">
                      <a:avLst/>
                    </a:prstGeom>
                  </pic:spPr>
                </pic:pic>
              </a:graphicData>
            </a:graphic>
          </wp:inline>
        </w:drawing>
      </w:r>
    </w:p>
    <w:p w14:paraId="06AD4736" w14:textId="77777777" w:rsidR="00473E84" w:rsidRDefault="00000000">
      <w:pPr>
        <w:spacing w:after="60"/>
        <w:jc w:val="center"/>
      </w:pPr>
      <w:r>
        <w:rPr>
          <w:b/>
          <w:color w:val="9A541C"/>
          <w:sz w:val="26"/>
        </w:rPr>
        <w:t>SCHOOL VISITS</w:t>
      </w:r>
    </w:p>
    <w:p w14:paraId="4091A4B4" w14:textId="77777777" w:rsidR="00473E84" w:rsidRDefault="00000000">
      <w:pPr>
        <w:spacing w:after="120"/>
        <w:jc w:val="center"/>
      </w:pPr>
      <w:r>
        <w:rPr>
          <w:rFonts w:ascii="Aptos Display" w:hAnsi="Aptos Display"/>
          <w:b/>
          <w:color w:val="46581C"/>
          <w:sz w:val="62"/>
        </w:rPr>
        <w:t>Teachers’ Pack</w:t>
      </w:r>
    </w:p>
    <w:p w14:paraId="2E686F2C" w14:textId="77777777" w:rsidR="00473E84" w:rsidRDefault="00000000">
      <w:pPr>
        <w:spacing w:after="360"/>
        <w:jc w:val="center"/>
      </w:pPr>
      <w:r>
        <w:rPr>
          <w:color w:val="2A2A2A"/>
          <w:sz w:val="26"/>
        </w:rPr>
        <w:t>Everything you need to prepare for your visit to our Forest School at Bodenham Arboretum.</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14:paraId="06178D53" w14:textId="77777777">
        <w:trPr>
          <w:jc w:val="center"/>
        </w:trPr>
        <w:tc>
          <w:tcPr>
            <w:tcW w:w="10312" w:type="dxa"/>
            <w:shd w:val="clear" w:color="auto" w:fill="EDF4E6"/>
            <w:tcMar>
              <w:top w:w="180" w:type="dxa"/>
              <w:left w:w="240" w:type="dxa"/>
              <w:bottom w:w="180" w:type="dxa"/>
              <w:right w:w="240" w:type="dxa"/>
            </w:tcMar>
          </w:tcPr>
          <w:p w14:paraId="777DC665" w14:textId="77777777" w:rsidR="00473E84" w:rsidRDefault="00000000">
            <w:pPr>
              <w:jc w:val="center"/>
            </w:pPr>
            <w:r>
              <w:rPr>
                <w:b/>
                <w:color w:val="46581C"/>
                <w:sz w:val="22"/>
              </w:rPr>
              <w:t>Outdoor learning • Curriculum-linked visits • Forest School experiences</w:t>
            </w:r>
          </w:p>
          <w:p w14:paraId="2F31019C" w14:textId="77777777" w:rsidR="00473E84" w:rsidRDefault="00000000">
            <w:pPr>
              <w:spacing w:after="0"/>
              <w:jc w:val="center"/>
            </w:pPr>
            <w:r>
              <w:rPr>
                <w:sz w:val="20"/>
              </w:rPr>
              <w:t>Bodenham Arboretum, Wolverley, Worcestershire, DY11 5TB</w:t>
            </w:r>
          </w:p>
        </w:tc>
      </w:tr>
    </w:tbl>
    <w:p w14:paraId="50955FD9" w14:textId="77777777" w:rsidR="00473E84" w:rsidRDefault="00000000">
      <w:pPr>
        <w:spacing w:before="480" w:after="40"/>
        <w:jc w:val="center"/>
      </w:pPr>
      <w:r>
        <w:rPr>
          <w:b/>
          <w:color w:val="46581C"/>
          <w:sz w:val="22"/>
        </w:rPr>
        <w:t>The World Outside Ltd</w:t>
      </w:r>
    </w:p>
    <w:p w14:paraId="0D8AF89A" w14:textId="77777777" w:rsidR="00473E84" w:rsidRDefault="00000000">
      <w:pPr>
        <w:spacing w:after="0"/>
        <w:jc w:val="center"/>
      </w:pPr>
      <w:r>
        <w:rPr>
          <w:color w:val="6B6B6B"/>
          <w:sz w:val="19"/>
        </w:rPr>
        <w:t>sandra@the-worldoutside.co.uk  •  www.theworldoutside.co.uk</w:t>
      </w:r>
    </w:p>
    <w:p w14:paraId="276FED96" w14:textId="77777777" w:rsidR="00473E84" w:rsidRDefault="00000000">
      <w:r>
        <w:br w:type="page"/>
      </w:r>
    </w:p>
    <w:p w14:paraId="0BFA4B78" w14:textId="77777777" w:rsidR="00473E84" w:rsidRDefault="00000000">
      <w:pPr>
        <w:pStyle w:val="TWOHeading1"/>
      </w:pPr>
      <w:r>
        <w:lastRenderedPageBreak/>
        <w:t>Welcome to The World Outside</w:t>
      </w:r>
    </w:p>
    <w:p w14:paraId="1C2DE202" w14:textId="77777777" w:rsidR="00473E84" w:rsidRDefault="00000000">
      <w:pPr>
        <w:pStyle w:val="TWOBody"/>
      </w:pPr>
      <w:r>
        <w:t>We are delighted to welcome school groups to The World Outside at Bodenham Arboretum. Our sessions give children practical, memorable opportunities to learn outdoors, explore the natural world, work together and build confidence through first-hand experience.</w:t>
      </w:r>
    </w:p>
    <w:p w14:paraId="27442F09" w14:textId="77777777" w:rsidR="00473E84" w:rsidRDefault="00000000">
      <w:pPr>
        <w:pStyle w:val="TWOBody"/>
      </w:pPr>
      <w:r>
        <w:t>Your programme is planned around the age, needs and curriculum focus of your group. Activities may be structured, exploratory or learner-led, and can be adapted on the day in response to the group, the season, the weather and the natural environment.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14:paraId="6CB5770F" w14:textId="77777777">
        <w:trPr>
          <w:jc w:val="center"/>
        </w:trPr>
        <w:tc>
          <w:tcPr>
            <w:tcW w:w="10312" w:type="dxa"/>
            <w:shd w:val="clear" w:color="auto" w:fill="EDF4E6"/>
            <w:tcMar>
              <w:top w:w="140" w:type="dxa"/>
              <w:left w:w="180" w:type="dxa"/>
              <w:bottom w:w="140" w:type="dxa"/>
              <w:right w:w="180" w:type="dxa"/>
            </w:tcMar>
          </w:tcPr>
          <w:p w14:paraId="7DCD2A9B" w14:textId="77777777" w:rsidR="00473E84" w:rsidRDefault="00000000">
            <w:pPr>
              <w:spacing w:after="60"/>
            </w:pPr>
            <w:r>
              <w:rPr>
                <w:b/>
                <w:color w:val="46581C"/>
                <w:sz w:val="23"/>
              </w:rPr>
              <w:t>Your visit at a glance</w:t>
            </w:r>
          </w:p>
          <w:p w14:paraId="42E8814E" w14:textId="77777777" w:rsidR="00473E84" w:rsidRDefault="00000000">
            <w:pPr>
              <w:spacing w:after="0"/>
            </w:pPr>
            <w:r>
              <w:rPr>
                <w:sz w:val="20"/>
              </w:rPr>
              <w:t>We meet groups on the terrace at the Visitor Centre. After an opportunity to use the facilities, we walk together to the Forest School site and begin the agreed programme. We normally remain on the Forest School site unless a self-guided Arboretum element has been included in your booking.</w:t>
            </w:r>
          </w:p>
        </w:tc>
      </w:tr>
    </w:tbl>
    <w:p w14:paraId="08A55F9B" w14:textId="77777777" w:rsidR="00473E84" w:rsidRDefault="00000000">
      <w:pPr>
        <w:pStyle w:val="TWOHeading2"/>
      </w:pPr>
      <w:r>
        <w:t>What to expect from the day</w:t>
      </w:r>
    </w:p>
    <w:p w14:paraId="4B51792D" w14:textId="77777777" w:rsidR="00473E84" w:rsidRDefault="00000000">
      <w:pPr>
        <w:pStyle w:val="TWOBullet"/>
        <w:spacing w:after="80"/>
        <w:ind w:left="255" w:hanging="142"/>
      </w:pPr>
      <w:r>
        <w:rPr>
          <w:b/>
          <w:color w:val="68BE45"/>
          <w:sz w:val="24"/>
        </w:rPr>
        <w:t xml:space="preserve">• </w:t>
      </w:r>
      <w:r>
        <w:t>A practical outdoor programme designed around your group and the visit you have booked.</w:t>
      </w:r>
    </w:p>
    <w:p w14:paraId="0FA29236" w14:textId="77777777" w:rsidR="00473E84" w:rsidRDefault="00000000">
      <w:pPr>
        <w:pStyle w:val="TWOBullet"/>
        <w:spacing w:after="80"/>
        <w:ind w:left="255" w:hanging="142"/>
      </w:pPr>
      <w:r>
        <w:rPr>
          <w:b/>
          <w:color w:val="68BE45"/>
          <w:sz w:val="24"/>
        </w:rPr>
        <w:t xml:space="preserve">• </w:t>
      </w:r>
      <w:r>
        <w:t>A mix of guided activities, exploration, problem-solving, creativity and time to engage with the woodland environment.</w:t>
      </w:r>
    </w:p>
    <w:p w14:paraId="6ACFD371" w14:textId="77777777" w:rsidR="00473E84" w:rsidRDefault="00000000">
      <w:pPr>
        <w:pStyle w:val="TWOBullet"/>
        <w:spacing w:after="80"/>
        <w:ind w:left="255" w:hanging="142"/>
      </w:pPr>
      <w:r>
        <w:rPr>
          <w:b/>
          <w:color w:val="68BE45"/>
          <w:sz w:val="24"/>
        </w:rPr>
        <w:t xml:space="preserve">• </w:t>
      </w:r>
      <w:r>
        <w:t>Activities adapted to the weather, season and group dynamic where necessary.</w:t>
      </w:r>
    </w:p>
    <w:p w14:paraId="41EF8E3C" w14:textId="77777777" w:rsidR="00473E84" w:rsidRDefault="00000000">
      <w:pPr>
        <w:pStyle w:val="TWOBullet"/>
        <w:spacing w:after="80"/>
        <w:ind w:left="255" w:hanging="142"/>
      </w:pPr>
      <w:r>
        <w:rPr>
          <w:b/>
          <w:color w:val="68BE45"/>
          <w:sz w:val="24"/>
        </w:rPr>
        <w:t xml:space="preserve">• </w:t>
      </w:r>
      <w:r>
        <w:t>A Level 3 Forest School Leader facilitating the session, with school staff remaining responsible for pupils’ welfare, behaviour, supervision and medical needs.</w:t>
      </w:r>
    </w:p>
    <w:p w14:paraId="1E307B20" w14:textId="77777777" w:rsidR="00473E84" w:rsidRDefault="00000000">
      <w:pPr>
        <w:pStyle w:val="TWOHeading2"/>
      </w:pPr>
      <w:r>
        <w:t>Before you visit</w:t>
      </w:r>
    </w:p>
    <w:p w14:paraId="44F0409C" w14:textId="77777777" w:rsidR="00473E84" w:rsidRDefault="00000000">
      <w:pPr>
        <w:pStyle w:val="TWOBody"/>
      </w:pPr>
      <w:r>
        <w:t>Your quote and agreed programme are specific to your group. Please check these carefully and contact us before the visit if there is anything you would like to discuss or if the needs of the group change.</w:t>
      </w:r>
    </w:p>
    <w:p w14:paraId="4FEB6D2C" w14:textId="77777777" w:rsidR="00473E84" w:rsidRDefault="00000000">
      <w:pPr>
        <w:pStyle w:val="TWOBody"/>
      </w:pPr>
      <w:r>
        <w:t>School staff are welcome to make a pre-visit to Bodenham Arboretum to carry out their own risk assessment. Please visit on a day when the Arboretum is open to the public, report to reception on arrival and explain that you are completing a pre-visit assessment for a forthcoming school trip.</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14:paraId="30663411" w14:textId="77777777">
        <w:trPr>
          <w:jc w:val="center"/>
        </w:trPr>
        <w:tc>
          <w:tcPr>
            <w:tcW w:w="10312" w:type="dxa"/>
            <w:shd w:val="clear" w:color="auto" w:fill="F6F1E8"/>
            <w:tcMar>
              <w:top w:w="140" w:type="dxa"/>
              <w:left w:w="180" w:type="dxa"/>
              <w:bottom w:w="140" w:type="dxa"/>
              <w:right w:w="180" w:type="dxa"/>
            </w:tcMar>
          </w:tcPr>
          <w:p w14:paraId="15C81C49" w14:textId="77777777" w:rsidR="00473E84" w:rsidRDefault="00000000">
            <w:pPr>
              <w:spacing w:after="60"/>
            </w:pPr>
            <w:r>
              <w:rPr>
                <w:b/>
                <w:color w:val="46581C"/>
                <w:sz w:val="23"/>
              </w:rPr>
              <w:t>Please note</w:t>
            </w:r>
          </w:p>
          <w:p w14:paraId="38F1D431" w14:textId="77777777" w:rsidR="00473E84" w:rsidRDefault="00000000">
            <w:pPr>
              <w:spacing w:after="0"/>
            </w:pPr>
            <w:r>
              <w:rPr>
                <w:sz w:val="20"/>
              </w:rPr>
              <w:t>The World Outside Ltd is an independent company operating within the grounds of Bodenham Arboretum. Arboretum entry is not included in your Forest School booking unless it is specifically itemised in your quote. Access required to reach the Forest School site is included.</w:t>
            </w:r>
          </w:p>
        </w:tc>
      </w:tr>
    </w:tbl>
    <w:p w14:paraId="5BE848F7" w14:textId="77777777" w:rsidR="00473E84" w:rsidRDefault="00000000">
      <w:pPr>
        <w:pStyle w:val="TWOHeading1"/>
        <w:pageBreakBefore/>
      </w:pPr>
      <w:r>
        <w:lastRenderedPageBreak/>
        <w:t>Preparing Your Group</w:t>
      </w:r>
    </w:p>
    <w:p w14:paraId="79440EEF" w14:textId="77777777" w:rsidR="00473E84" w:rsidRDefault="00000000">
      <w:pPr>
        <w:pStyle w:val="TWOHeading2"/>
      </w:pPr>
      <w:r>
        <w:t>Staffing and supervision</w:t>
      </w:r>
    </w:p>
    <w:p w14:paraId="42FDD38C" w14:textId="77777777" w:rsidR="00473E84" w:rsidRDefault="00000000">
      <w:pPr>
        <w:pStyle w:val="TWOBody"/>
      </w:pPr>
      <w:r>
        <w:t>Visiting school/group staff act in loco parentis and remain responsible for the behaviour, welfare and supervision of their pupils throughout the visit. A minimum of two school staff members or responsible adults are required per session.</w:t>
      </w:r>
    </w:p>
    <w:tbl>
      <w:tblPr>
        <w:tblW w:w="0" w:type="auto"/>
        <w:jc w:val="center"/>
        <w:tblBorders>
          <w:top w:val="single" w:sz="4" w:space="0" w:color="D5DCCB"/>
          <w:left w:val="single" w:sz="4" w:space="0" w:color="D5DCCB"/>
          <w:bottom w:val="single" w:sz="4" w:space="0" w:color="D5DCCB"/>
          <w:right w:val="single" w:sz="4" w:space="0" w:color="D5DCCB"/>
          <w:insideH w:val="single" w:sz="4" w:space="0" w:color="D5DCCB"/>
          <w:insideV w:val="single" w:sz="4" w:space="0" w:color="D5DCCB"/>
        </w:tblBorders>
        <w:tblLayout w:type="fixed"/>
        <w:tblLook w:val="04A0" w:firstRow="1" w:lastRow="0" w:firstColumn="1" w:lastColumn="0" w:noHBand="0" w:noVBand="1"/>
      </w:tblPr>
      <w:tblGrid>
        <w:gridCol w:w="5156"/>
        <w:gridCol w:w="5156"/>
      </w:tblGrid>
      <w:tr w:rsidR="00473E84" w14:paraId="552A2BE8" w14:textId="77777777">
        <w:trPr>
          <w:tblHeader/>
          <w:jc w:val="center"/>
        </w:trPr>
        <w:tc>
          <w:tcPr>
            <w:tcW w:w="5156" w:type="dxa"/>
            <w:shd w:val="clear" w:color="auto" w:fill="46581C"/>
            <w:tcMar>
              <w:top w:w="65" w:type="dxa"/>
              <w:left w:w="120" w:type="dxa"/>
              <w:bottom w:w="65" w:type="dxa"/>
              <w:right w:w="120" w:type="dxa"/>
            </w:tcMar>
            <w:vAlign w:val="center"/>
          </w:tcPr>
          <w:p w14:paraId="1EA96AEB" w14:textId="77777777" w:rsidR="00473E84" w:rsidRDefault="00000000">
            <w:r>
              <w:rPr>
                <w:b/>
                <w:color w:val="FFFFFF"/>
                <w:sz w:val="19"/>
              </w:rPr>
              <w:t>Age group</w:t>
            </w:r>
          </w:p>
        </w:tc>
        <w:tc>
          <w:tcPr>
            <w:tcW w:w="5156" w:type="dxa"/>
            <w:shd w:val="clear" w:color="auto" w:fill="46581C"/>
            <w:tcMar>
              <w:top w:w="65" w:type="dxa"/>
              <w:left w:w="120" w:type="dxa"/>
              <w:bottom w:w="65" w:type="dxa"/>
              <w:right w:w="120" w:type="dxa"/>
            </w:tcMar>
            <w:vAlign w:val="center"/>
          </w:tcPr>
          <w:p w14:paraId="647770AB" w14:textId="77777777" w:rsidR="00473E84" w:rsidRDefault="00000000">
            <w:r>
              <w:rPr>
                <w:b/>
                <w:color w:val="FFFFFF"/>
                <w:sz w:val="19"/>
              </w:rPr>
              <w:t>Minimum visiting adult ratio</w:t>
            </w:r>
          </w:p>
        </w:tc>
      </w:tr>
      <w:tr w:rsidR="00473E84" w14:paraId="644A62AD" w14:textId="77777777">
        <w:trPr>
          <w:jc w:val="center"/>
        </w:trPr>
        <w:tc>
          <w:tcPr>
            <w:tcW w:w="5156" w:type="dxa"/>
            <w:tcMar>
              <w:top w:w="65" w:type="dxa"/>
              <w:left w:w="120" w:type="dxa"/>
              <w:bottom w:w="65" w:type="dxa"/>
              <w:right w:w="120" w:type="dxa"/>
            </w:tcMar>
            <w:vAlign w:val="center"/>
          </w:tcPr>
          <w:p w14:paraId="4DE350AD" w14:textId="77777777" w:rsidR="00473E84" w:rsidRDefault="00000000">
            <w:r>
              <w:rPr>
                <w:color w:val="2A2A2A"/>
                <w:sz w:val="19"/>
              </w:rPr>
              <w:t>Age 5 and over</w:t>
            </w:r>
          </w:p>
        </w:tc>
        <w:tc>
          <w:tcPr>
            <w:tcW w:w="5156" w:type="dxa"/>
            <w:tcMar>
              <w:top w:w="65" w:type="dxa"/>
              <w:left w:w="120" w:type="dxa"/>
              <w:bottom w:w="65" w:type="dxa"/>
              <w:right w:w="120" w:type="dxa"/>
            </w:tcMar>
            <w:vAlign w:val="center"/>
          </w:tcPr>
          <w:p w14:paraId="249ADE2E" w14:textId="5B5831D6" w:rsidR="00473E84" w:rsidRDefault="00000000">
            <w:r>
              <w:rPr>
                <w:color w:val="2A2A2A"/>
                <w:sz w:val="19"/>
              </w:rPr>
              <w:t xml:space="preserve">1 </w:t>
            </w:r>
            <w:proofErr w:type="gramStart"/>
            <w:r>
              <w:rPr>
                <w:color w:val="2A2A2A"/>
                <w:sz w:val="19"/>
              </w:rPr>
              <w:t>adult :</w:t>
            </w:r>
            <w:proofErr w:type="gramEnd"/>
            <w:r>
              <w:rPr>
                <w:color w:val="2A2A2A"/>
                <w:sz w:val="19"/>
              </w:rPr>
              <w:t xml:space="preserve"> 6</w:t>
            </w:r>
            <w:r w:rsidR="00653425">
              <w:rPr>
                <w:color w:val="2A2A2A"/>
                <w:sz w:val="19"/>
              </w:rPr>
              <w:t>/8</w:t>
            </w:r>
            <w:r>
              <w:rPr>
                <w:color w:val="2A2A2A"/>
                <w:sz w:val="19"/>
              </w:rPr>
              <w:t xml:space="preserve"> children</w:t>
            </w:r>
            <w:r w:rsidR="00653425">
              <w:rPr>
                <w:color w:val="2A2A2A"/>
                <w:sz w:val="19"/>
              </w:rPr>
              <w:t xml:space="preserve"> dependent on needs and class</w:t>
            </w:r>
          </w:p>
        </w:tc>
      </w:tr>
      <w:tr w:rsidR="00473E84" w14:paraId="13F2854A" w14:textId="77777777">
        <w:trPr>
          <w:jc w:val="center"/>
        </w:trPr>
        <w:tc>
          <w:tcPr>
            <w:tcW w:w="5156" w:type="dxa"/>
            <w:tcMar>
              <w:top w:w="65" w:type="dxa"/>
              <w:left w:w="120" w:type="dxa"/>
              <w:bottom w:w="65" w:type="dxa"/>
              <w:right w:w="120" w:type="dxa"/>
            </w:tcMar>
            <w:vAlign w:val="center"/>
          </w:tcPr>
          <w:p w14:paraId="14B86A21" w14:textId="77777777" w:rsidR="00473E84" w:rsidRDefault="00000000">
            <w:r>
              <w:rPr>
                <w:color w:val="2A2A2A"/>
                <w:sz w:val="19"/>
              </w:rPr>
              <w:t>Age 3–5</w:t>
            </w:r>
          </w:p>
        </w:tc>
        <w:tc>
          <w:tcPr>
            <w:tcW w:w="5156" w:type="dxa"/>
            <w:tcMar>
              <w:top w:w="65" w:type="dxa"/>
              <w:left w:w="120" w:type="dxa"/>
              <w:bottom w:w="65" w:type="dxa"/>
              <w:right w:w="120" w:type="dxa"/>
            </w:tcMar>
            <w:vAlign w:val="center"/>
          </w:tcPr>
          <w:p w14:paraId="01CC4152" w14:textId="77777777" w:rsidR="00473E84" w:rsidRDefault="00000000">
            <w:r>
              <w:rPr>
                <w:color w:val="2A2A2A"/>
                <w:sz w:val="19"/>
              </w:rPr>
              <w:t>1 adult : 4 children</w:t>
            </w:r>
          </w:p>
        </w:tc>
      </w:tr>
      <w:tr w:rsidR="00473E84" w14:paraId="00761E74" w14:textId="77777777">
        <w:trPr>
          <w:jc w:val="center"/>
        </w:trPr>
        <w:tc>
          <w:tcPr>
            <w:tcW w:w="5156" w:type="dxa"/>
            <w:tcMar>
              <w:top w:w="65" w:type="dxa"/>
              <w:left w:w="120" w:type="dxa"/>
              <w:bottom w:w="65" w:type="dxa"/>
              <w:right w:w="120" w:type="dxa"/>
            </w:tcMar>
            <w:vAlign w:val="center"/>
          </w:tcPr>
          <w:p w14:paraId="59F01896" w14:textId="77777777" w:rsidR="00473E84" w:rsidRDefault="00000000">
            <w:r>
              <w:rPr>
                <w:color w:val="2A2A2A"/>
                <w:sz w:val="19"/>
              </w:rPr>
              <w:t>Under 2</w:t>
            </w:r>
          </w:p>
        </w:tc>
        <w:tc>
          <w:tcPr>
            <w:tcW w:w="5156" w:type="dxa"/>
            <w:tcMar>
              <w:top w:w="65" w:type="dxa"/>
              <w:left w:w="120" w:type="dxa"/>
              <w:bottom w:w="65" w:type="dxa"/>
              <w:right w:w="120" w:type="dxa"/>
            </w:tcMar>
            <w:vAlign w:val="center"/>
          </w:tcPr>
          <w:p w14:paraId="6AEC25E1" w14:textId="77777777" w:rsidR="00473E84" w:rsidRDefault="00000000">
            <w:r>
              <w:rPr>
                <w:color w:val="2A2A2A"/>
                <w:sz w:val="19"/>
              </w:rPr>
              <w:t>1 adult : 3 children</w:t>
            </w:r>
          </w:p>
        </w:tc>
      </w:tr>
    </w:tbl>
    <w:p w14:paraId="4E7B0967" w14:textId="77777777" w:rsidR="00473E84" w:rsidRDefault="00000000">
      <w:pPr>
        <w:pStyle w:val="TWOBody"/>
      </w:pPr>
      <w:r>
        <w:t>For larger groups we may divide pupils into smaller teams. If this happens, each subgroup must have an appropriate school first aider and first-aid kit available.</w:t>
      </w:r>
    </w:p>
    <w:p w14:paraId="18488408" w14:textId="77777777" w:rsidR="00A515F8" w:rsidRDefault="00A515F8">
      <w:pPr>
        <w:pStyle w:val="TWOBody"/>
      </w:pPr>
    </w:p>
    <w:p w14:paraId="61249646" w14:textId="77777777" w:rsidR="00473E84" w:rsidRDefault="00000000">
      <w:pPr>
        <w:pStyle w:val="TWOHeading2"/>
      </w:pPr>
      <w:r>
        <w:t>Medical needs, first aid and additional needs</w:t>
      </w:r>
    </w:p>
    <w:p w14:paraId="53A5E946" w14:textId="77777777" w:rsidR="00473E84" w:rsidRPr="00A515F8" w:rsidRDefault="00000000">
      <w:pPr>
        <w:pStyle w:val="TWOBullet"/>
        <w:spacing w:after="40"/>
        <w:ind w:left="255" w:hanging="142"/>
        <w:rPr>
          <w:sz w:val="24"/>
          <w:szCs w:val="28"/>
        </w:rPr>
      </w:pPr>
      <w:r w:rsidRPr="00A515F8">
        <w:rPr>
          <w:b/>
          <w:color w:val="68BE45"/>
          <w:sz w:val="24"/>
          <w:szCs w:val="24"/>
        </w:rPr>
        <w:t xml:space="preserve">• </w:t>
      </w:r>
      <w:r w:rsidRPr="00A515F8">
        <w:rPr>
          <w:sz w:val="24"/>
          <w:szCs w:val="28"/>
        </w:rPr>
        <w:t>Tell us in advance about significant medical needs, allergies, dietary needs, physical needs, learning needs or other information that may affect participation.</w:t>
      </w:r>
    </w:p>
    <w:p w14:paraId="1EF30736" w14:textId="77777777" w:rsidR="00473E84" w:rsidRPr="00A515F8" w:rsidRDefault="00000000">
      <w:pPr>
        <w:pStyle w:val="TWOBullet"/>
        <w:spacing w:after="40"/>
        <w:ind w:left="255" w:hanging="142"/>
        <w:rPr>
          <w:sz w:val="24"/>
          <w:szCs w:val="28"/>
        </w:rPr>
      </w:pPr>
      <w:r w:rsidRPr="00A515F8">
        <w:rPr>
          <w:b/>
          <w:color w:val="68BE45"/>
          <w:sz w:val="28"/>
          <w:szCs w:val="28"/>
        </w:rPr>
        <w:t xml:space="preserve">• </w:t>
      </w:r>
      <w:r w:rsidRPr="00A515F8">
        <w:rPr>
          <w:sz w:val="24"/>
          <w:szCs w:val="28"/>
        </w:rPr>
        <w:t>Bring all required medication, healthcare plans and emergency medication, including inhalers and EpiPens. A child cannot take part if medication essential to their safety is not on site.</w:t>
      </w:r>
    </w:p>
    <w:p w14:paraId="6C6861DB" w14:textId="77777777" w:rsidR="00473E84" w:rsidRPr="00A515F8" w:rsidRDefault="00000000">
      <w:pPr>
        <w:pStyle w:val="TWOBullet"/>
        <w:spacing w:after="40"/>
        <w:ind w:left="255" w:hanging="142"/>
        <w:rPr>
          <w:sz w:val="24"/>
          <w:szCs w:val="28"/>
        </w:rPr>
      </w:pPr>
      <w:r w:rsidRPr="00A515F8">
        <w:rPr>
          <w:b/>
          <w:color w:val="68BE45"/>
          <w:sz w:val="28"/>
          <w:szCs w:val="28"/>
        </w:rPr>
        <w:t xml:space="preserve">• </w:t>
      </w:r>
      <w:r w:rsidRPr="00A515F8">
        <w:rPr>
          <w:sz w:val="24"/>
          <w:szCs w:val="28"/>
        </w:rPr>
        <w:t>The school/group is responsible for first-aid provision and administration of medication. Please bring a qualified first aider and an appropriate first-aid kit.</w:t>
      </w:r>
    </w:p>
    <w:p w14:paraId="7B7EF415" w14:textId="77777777" w:rsidR="00473E84" w:rsidRDefault="00000000">
      <w:pPr>
        <w:pStyle w:val="TWOBullet"/>
        <w:spacing w:after="40"/>
        <w:ind w:left="255" w:hanging="142"/>
        <w:rPr>
          <w:sz w:val="24"/>
          <w:szCs w:val="28"/>
        </w:rPr>
      </w:pPr>
      <w:r w:rsidRPr="00A515F8">
        <w:rPr>
          <w:b/>
          <w:color w:val="68BE45"/>
          <w:sz w:val="28"/>
          <w:szCs w:val="28"/>
        </w:rPr>
        <w:t xml:space="preserve">• </w:t>
      </w:r>
      <w:r w:rsidRPr="00A515F8">
        <w:rPr>
          <w:sz w:val="24"/>
          <w:szCs w:val="28"/>
        </w:rPr>
        <w:t>If a child needs additional support, please discuss this with us in advance so that we can plan appropriate arrangements wherever possible.</w:t>
      </w:r>
    </w:p>
    <w:p w14:paraId="071CE39C" w14:textId="77777777" w:rsidR="00A515F8" w:rsidRPr="00A515F8" w:rsidRDefault="00A515F8">
      <w:pPr>
        <w:pStyle w:val="TWOBullet"/>
        <w:spacing w:after="40"/>
        <w:ind w:left="255" w:hanging="142"/>
        <w:rPr>
          <w:sz w:val="24"/>
          <w:szCs w:val="28"/>
        </w:rPr>
      </w:pPr>
    </w:p>
    <w:p w14:paraId="5066CEA0" w14:textId="77777777" w:rsidR="00473E84" w:rsidRDefault="00000000">
      <w:pPr>
        <w:pStyle w:val="TWOHeading2"/>
      </w:pPr>
      <w:r>
        <w:t>Clothing and footwear</w:t>
      </w:r>
    </w:p>
    <w:p w14:paraId="1311B9DA" w14:textId="77777777" w:rsidR="00473E84" w:rsidRPr="00A515F8" w:rsidRDefault="00000000">
      <w:pPr>
        <w:pStyle w:val="TWOBody"/>
        <w:spacing w:after="60"/>
        <w:rPr>
          <w:sz w:val="24"/>
          <w:szCs w:val="28"/>
        </w:rPr>
      </w:pPr>
      <w:r w:rsidRPr="00A515F8">
        <w:rPr>
          <w:sz w:val="24"/>
          <w:szCs w:val="28"/>
        </w:rPr>
        <w:t>Forest School takes place outdoors in all weathers and the site can be muddy and uneven. Long trousers and long sleeves are essential for Forest School activities.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56"/>
        <w:gridCol w:w="5156"/>
      </w:tblGrid>
      <w:tr w:rsidR="00473E84" w:rsidRPr="00A515F8" w14:paraId="4D7DAD28" w14:textId="77777777">
        <w:trPr>
          <w:jc w:val="center"/>
        </w:trPr>
        <w:tc>
          <w:tcPr>
            <w:tcW w:w="5156" w:type="dxa"/>
            <w:shd w:val="clear" w:color="auto" w:fill="EDF4E6"/>
            <w:tcMar>
              <w:top w:w="90" w:type="dxa"/>
              <w:left w:w="140" w:type="dxa"/>
              <w:bottom w:w="90" w:type="dxa"/>
              <w:right w:w="140" w:type="dxa"/>
            </w:tcMar>
          </w:tcPr>
          <w:p w14:paraId="2A139EFD" w14:textId="77777777" w:rsidR="00473E84" w:rsidRPr="00A515F8" w:rsidRDefault="00000000">
            <w:pPr>
              <w:rPr>
                <w:sz w:val="24"/>
                <w:szCs w:val="28"/>
              </w:rPr>
            </w:pPr>
            <w:r w:rsidRPr="00A515F8">
              <w:rPr>
                <w:b/>
                <w:color w:val="46581C"/>
                <w:sz w:val="24"/>
                <w:szCs w:val="28"/>
              </w:rPr>
              <w:t>Please bring</w:t>
            </w:r>
          </w:p>
          <w:p w14:paraId="4DC70BA1"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Sturdy closed-toe footwear or wellies</w:t>
            </w:r>
          </w:p>
          <w:p w14:paraId="6815F069"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Long trousers and long sleeves</w:t>
            </w:r>
          </w:p>
          <w:p w14:paraId="2CB4CC94"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Waterproof coat; waterproof trousers if available</w:t>
            </w:r>
          </w:p>
          <w:p w14:paraId="2F191AD7"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Warm layers in colder weather</w:t>
            </w:r>
          </w:p>
          <w:p w14:paraId="7127721C"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Sun hat/sun protection in warm weather</w:t>
            </w:r>
          </w:p>
          <w:p w14:paraId="11518B5E" w14:textId="77777777" w:rsidR="00473E84" w:rsidRPr="00A515F8" w:rsidRDefault="00000000">
            <w:pPr>
              <w:spacing w:after="20"/>
              <w:rPr>
                <w:sz w:val="24"/>
                <w:szCs w:val="28"/>
              </w:rPr>
            </w:pPr>
            <w:r w:rsidRPr="00A515F8">
              <w:rPr>
                <w:b/>
                <w:color w:val="68BE45"/>
                <w:sz w:val="24"/>
                <w:szCs w:val="28"/>
              </w:rPr>
              <w:t xml:space="preserve">• </w:t>
            </w:r>
            <w:r w:rsidRPr="00A515F8">
              <w:rPr>
                <w:sz w:val="22"/>
                <w:szCs w:val="28"/>
              </w:rPr>
              <w:t>Packed lunch and drinks for full-day visits</w:t>
            </w:r>
          </w:p>
        </w:tc>
        <w:tc>
          <w:tcPr>
            <w:tcW w:w="5156" w:type="dxa"/>
            <w:shd w:val="clear" w:color="auto" w:fill="F6F1E8"/>
            <w:tcMar>
              <w:top w:w="90" w:type="dxa"/>
              <w:left w:w="140" w:type="dxa"/>
              <w:bottom w:w="90" w:type="dxa"/>
              <w:right w:w="140" w:type="dxa"/>
            </w:tcMar>
          </w:tcPr>
          <w:p w14:paraId="005C5DE8" w14:textId="77777777" w:rsidR="00473E84" w:rsidRPr="00A515F8" w:rsidRDefault="00000000">
            <w:pPr>
              <w:rPr>
                <w:sz w:val="24"/>
                <w:szCs w:val="28"/>
              </w:rPr>
            </w:pPr>
            <w:r w:rsidRPr="00A515F8">
              <w:rPr>
                <w:b/>
                <w:color w:val="46581C"/>
                <w:sz w:val="24"/>
                <w:szCs w:val="28"/>
              </w:rPr>
              <w:t>Not suitable</w:t>
            </w:r>
          </w:p>
          <w:p w14:paraId="728B4F11" w14:textId="77777777" w:rsidR="00473E84" w:rsidRPr="00A515F8" w:rsidRDefault="00000000">
            <w:pPr>
              <w:spacing w:after="20"/>
              <w:rPr>
                <w:sz w:val="24"/>
                <w:szCs w:val="28"/>
              </w:rPr>
            </w:pPr>
            <w:r w:rsidRPr="00A515F8">
              <w:rPr>
                <w:b/>
                <w:color w:val="9A541C"/>
                <w:sz w:val="24"/>
                <w:szCs w:val="28"/>
              </w:rPr>
              <w:t xml:space="preserve">• </w:t>
            </w:r>
            <w:r w:rsidRPr="00A515F8">
              <w:rPr>
                <w:sz w:val="22"/>
                <w:szCs w:val="28"/>
              </w:rPr>
              <w:t>Sliders</w:t>
            </w:r>
          </w:p>
          <w:p w14:paraId="65652B72" w14:textId="77777777" w:rsidR="00473E84" w:rsidRPr="00A515F8" w:rsidRDefault="00000000">
            <w:pPr>
              <w:spacing w:after="20"/>
              <w:rPr>
                <w:sz w:val="24"/>
                <w:szCs w:val="28"/>
              </w:rPr>
            </w:pPr>
            <w:r w:rsidRPr="00A515F8">
              <w:rPr>
                <w:b/>
                <w:color w:val="9A541C"/>
                <w:sz w:val="24"/>
                <w:szCs w:val="28"/>
              </w:rPr>
              <w:t xml:space="preserve">• </w:t>
            </w:r>
            <w:r w:rsidRPr="00A515F8">
              <w:rPr>
                <w:sz w:val="22"/>
                <w:szCs w:val="28"/>
              </w:rPr>
              <w:t>Crocs</w:t>
            </w:r>
          </w:p>
          <w:p w14:paraId="7540AEC5" w14:textId="77777777" w:rsidR="00473E84" w:rsidRPr="00A515F8" w:rsidRDefault="00000000">
            <w:pPr>
              <w:spacing w:after="20"/>
              <w:rPr>
                <w:sz w:val="24"/>
                <w:szCs w:val="28"/>
              </w:rPr>
            </w:pPr>
            <w:r w:rsidRPr="00A515F8">
              <w:rPr>
                <w:b/>
                <w:color w:val="9A541C"/>
                <w:sz w:val="24"/>
                <w:szCs w:val="28"/>
              </w:rPr>
              <w:t xml:space="preserve">• </w:t>
            </w:r>
            <w:r w:rsidRPr="00A515F8">
              <w:rPr>
                <w:sz w:val="22"/>
                <w:szCs w:val="28"/>
              </w:rPr>
              <w:t>Open-toed sandals or shoes</w:t>
            </w:r>
          </w:p>
        </w:tc>
      </w:tr>
    </w:tbl>
    <w:p w14:paraId="6968BF74" w14:textId="77777777" w:rsidR="00473E84" w:rsidRPr="00A515F8" w:rsidRDefault="00000000">
      <w:pPr>
        <w:pStyle w:val="TWOBody"/>
        <w:spacing w:after="0"/>
        <w:rPr>
          <w:sz w:val="24"/>
          <w:szCs w:val="28"/>
        </w:rPr>
      </w:pPr>
      <w:r w:rsidRPr="00A515F8">
        <w:rPr>
          <w:sz w:val="22"/>
          <w:szCs w:val="28"/>
        </w:rPr>
        <w:t>Participants wearing unsafe footwear may be unable to take part in Forest School activities. Please check clothing and footwear before leaving school.</w:t>
      </w:r>
    </w:p>
    <w:p w14:paraId="7285C2DE" w14:textId="77777777" w:rsidR="00473E84" w:rsidRDefault="00000000">
      <w:pPr>
        <w:pStyle w:val="TWOHeading1"/>
        <w:pageBreakBefore/>
      </w:pPr>
      <w:r>
        <w:lastRenderedPageBreak/>
        <w:t>Learning Outdoors</w:t>
      </w:r>
    </w:p>
    <w:p w14:paraId="1091B6E9" w14:textId="77777777" w:rsidR="00473E84" w:rsidRDefault="00000000">
      <w:pPr>
        <w:pStyle w:val="TWOBody"/>
        <w:spacing w:after="60"/>
        <w:rPr>
          <w:sz w:val="22"/>
          <w:szCs w:val="24"/>
        </w:rPr>
      </w:pPr>
      <w:r w:rsidRPr="00A515F8">
        <w:rPr>
          <w:sz w:val="22"/>
          <w:szCs w:val="24"/>
        </w:rPr>
        <w:t>Outdoor learning gives children opportunities to use knowledge in practical situations, ask questions, investigate, create, communicate and solve problems. Exact learning outcomes will depend on the programme you have booked, the age of the pupils and the activities selected for the day.</w:t>
      </w:r>
    </w:p>
    <w:p w14:paraId="174DA0A7" w14:textId="77777777" w:rsidR="00A515F8" w:rsidRPr="00A515F8" w:rsidRDefault="00A515F8">
      <w:pPr>
        <w:pStyle w:val="TWOBody"/>
        <w:spacing w:after="60"/>
        <w:rPr>
          <w:sz w:val="22"/>
          <w:szCs w:val="24"/>
        </w:rPr>
      </w:pPr>
    </w:p>
    <w:tbl>
      <w:tblPr>
        <w:tblW w:w="0" w:type="auto"/>
        <w:jc w:val="center"/>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5156"/>
        <w:gridCol w:w="5156"/>
      </w:tblGrid>
      <w:tr w:rsidR="00473E84" w14:paraId="1C7B7A42" w14:textId="77777777">
        <w:trPr>
          <w:jc w:val="center"/>
        </w:trPr>
        <w:tc>
          <w:tcPr>
            <w:tcW w:w="5156" w:type="dxa"/>
            <w:shd w:val="clear" w:color="auto" w:fill="46581C"/>
            <w:tcMar>
              <w:top w:w="60" w:type="dxa"/>
              <w:left w:w="100" w:type="dxa"/>
              <w:bottom w:w="60" w:type="dxa"/>
              <w:right w:w="100" w:type="dxa"/>
            </w:tcMar>
          </w:tcPr>
          <w:p w14:paraId="4122D0A7" w14:textId="77777777" w:rsidR="00473E84" w:rsidRDefault="00000000">
            <w:r>
              <w:rPr>
                <w:b/>
                <w:color w:val="FFFFFF"/>
                <w:sz w:val="18"/>
              </w:rPr>
              <w:t>SCIENCE</w:t>
            </w:r>
          </w:p>
        </w:tc>
        <w:tc>
          <w:tcPr>
            <w:tcW w:w="5156" w:type="dxa"/>
            <w:shd w:val="clear" w:color="auto" w:fill="F7F8F4"/>
            <w:tcMar>
              <w:top w:w="60" w:type="dxa"/>
              <w:left w:w="100" w:type="dxa"/>
              <w:bottom w:w="60" w:type="dxa"/>
              <w:right w:w="100" w:type="dxa"/>
            </w:tcMar>
          </w:tcPr>
          <w:p w14:paraId="6FAB5F7F" w14:textId="77777777" w:rsidR="00473E84" w:rsidRDefault="00000000">
            <w:r>
              <w:rPr>
                <w:sz w:val="18"/>
              </w:rPr>
              <w:t>Plants, trees, habitats and microhabitats; seasonal change; observation and classification; materials and their properties; natural processes; change of state and, where relevant, the fire triangle.</w:t>
            </w:r>
          </w:p>
        </w:tc>
      </w:tr>
      <w:tr w:rsidR="00473E84" w14:paraId="5476E7F5" w14:textId="77777777">
        <w:trPr>
          <w:jc w:val="center"/>
        </w:trPr>
        <w:tc>
          <w:tcPr>
            <w:tcW w:w="5156" w:type="dxa"/>
            <w:shd w:val="clear" w:color="auto" w:fill="9A541C"/>
            <w:tcMar>
              <w:top w:w="60" w:type="dxa"/>
              <w:left w:w="100" w:type="dxa"/>
              <w:bottom w:w="60" w:type="dxa"/>
              <w:right w:w="100" w:type="dxa"/>
            </w:tcMar>
          </w:tcPr>
          <w:p w14:paraId="480DF7D7" w14:textId="77777777" w:rsidR="00473E84" w:rsidRDefault="00000000">
            <w:r>
              <w:rPr>
                <w:b/>
                <w:color w:val="FFFFFF"/>
                <w:sz w:val="18"/>
              </w:rPr>
              <w:t>ENGLISH</w:t>
            </w:r>
          </w:p>
        </w:tc>
        <w:tc>
          <w:tcPr>
            <w:tcW w:w="5156" w:type="dxa"/>
            <w:shd w:val="clear" w:color="auto" w:fill="FAF6F1"/>
            <w:tcMar>
              <w:top w:w="60" w:type="dxa"/>
              <w:left w:w="100" w:type="dxa"/>
              <w:bottom w:w="60" w:type="dxa"/>
              <w:right w:w="100" w:type="dxa"/>
            </w:tcMar>
          </w:tcPr>
          <w:p w14:paraId="5AE9BFFB" w14:textId="77777777" w:rsidR="00473E84" w:rsidRDefault="00000000">
            <w:r>
              <w:rPr>
                <w:sz w:val="18"/>
              </w:rPr>
              <w:t>Speaking and listening, vocabulary, discussion, imagination, storytelling and opportunities to use the outdoor experience as a stimulus for writing.</w:t>
            </w:r>
          </w:p>
        </w:tc>
      </w:tr>
      <w:tr w:rsidR="00473E84" w14:paraId="37387382" w14:textId="77777777">
        <w:trPr>
          <w:jc w:val="center"/>
        </w:trPr>
        <w:tc>
          <w:tcPr>
            <w:tcW w:w="5156" w:type="dxa"/>
            <w:shd w:val="clear" w:color="auto" w:fill="46581C"/>
            <w:tcMar>
              <w:top w:w="60" w:type="dxa"/>
              <w:left w:w="100" w:type="dxa"/>
              <w:bottom w:w="60" w:type="dxa"/>
              <w:right w:w="100" w:type="dxa"/>
            </w:tcMar>
          </w:tcPr>
          <w:p w14:paraId="70AD91CB" w14:textId="77777777" w:rsidR="00473E84" w:rsidRDefault="00000000">
            <w:r>
              <w:rPr>
                <w:b/>
                <w:color w:val="FFFFFF"/>
                <w:sz w:val="18"/>
              </w:rPr>
              <w:t>MATHS</w:t>
            </w:r>
          </w:p>
        </w:tc>
        <w:tc>
          <w:tcPr>
            <w:tcW w:w="5156" w:type="dxa"/>
            <w:shd w:val="clear" w:color="auto" w:fill="F7F8F4"/>
            <w:tcMar>
              <w:top w:w="60" w:type="dxa"/>
              <w:left w:w="100" w:type="dxa"/>
              <w:bottom w:w="60" w:type="dxa"/>
              <w:right w:w="100" w:type="dxa"/>
            </w:tcMar>
          </w:tcPr>
          <w:p w14:paraId="4DBF193F" w14:textId="77777777" w:rsidR="00473E84" w:rsidRDefault="00000000">
            <w:r>
              <w:rPr>
                <w:sz w:val="18"/>
              </w:rPr>
              <w:t>Measuring, length, estimation, comparison, pattern, balance, forces and practical problem-solving.</w:t>
            </w:r>
          </w:p>
        </w:tc>
      </w:tr>
      <w:tr w:rsidR="00473E84" w14:paraId="7A111FC3" w14:textId="77777777">
        <w:trPr>
          <w:jc w:val="center"/>
        </w:trPr>
        <w:tc>
          <w:tcPr>
            <w:tcW w:w="5156" w:type="dxa"/>
            <w:shd w:val="clear" w:color="auto" w:fill="9A541C"/>
            <w:tcMar>
              <w:top w:w="60" w:type="dxa"/>
              <w:left w:w="100" w:type="dxa"/>
              <w:bottom w:w="60" w:type="dxa"/>
              <w:right w:w="100" w:type="dxa"/>
            </w:tcMar>
          </w:tcPr>
          <w:p w14:paraId="0BB4121B" w14:textId="77777777" w:rsidR="00473E84" w:rsidRDefault="00000000">
            <w:r>
              <w:rPr>
                <w:b/>
                <w:color w:val="FFFFFF"/>
                <w:sz w:val="18"/>
              </w:rPr>
              <w:t>DESIGN &amp; TECHNOLOGY / ART</w:t>
            </w:r>
          </w:p>
        </w:tc>
        <w:tc>
          <w:tcPr>
            <w:tcW w:w="5156" w:type="dxa"/>
            <w:shd w:val="clear" w:color="auto" w:fill="FAF6F1"/>
            <w:tcMar>
              <w:top w:w="60" w:type="dxa"/>
              <w:left w:w="100" w:type="dxa"/>
              <w:bottom w:w="60" w:type="dxa"/>
              <w:right w:w="100" w:type="dxa"/>
            </w:tcMar>
          </w:tcPr>
          <w:p w14:paraId="16273B0D" w14:textId="77777777" w:rsidR="00473E84" w:rsidRDefault="00000000">
            <w:r>
              <w:rPr>
                <w:sz w:val="18"/>
              </w:rPr>
              <w:t>Planning, designing, building, creating, using tools and materials for a purpose, cooking and developing fine-motor skills.</w:t>
            </w:r>
          </w:p>
        </w:tc>
      </w:tr>
      <w:tr w:rsidR="00473E84" w14:paraId="3F268A22" w14:textId="77777777">
        <w:trPr>
          <w:jc w:val="center"/>
        </w:trPr>
        <w:tc>
          <w:tcPr>
            <w:tcW w:w="5156" w:type="dxa"/>
            <w:shd w:val="clear" w:color="auto" w:fill="46581C"/>
            <w:tcMar>
              <w:top w:w="60" w:type="dxa"/>
              <w:left w:w="100" w:type="dxa"/>
              <w:bottom w:w="60" w:type="dxa"/>
              <w:right w:w="100" w:type="dxa"/>
            </w:tcMar>
          </w:tcPr>
          <w:p w14:paraId="7DFC64F6" w14:textId="77777777" w:rsidR="00473E84" w:rsidRDefault="00000000">
            <w:r>
              <w:rPr>
                <w:b/>
                <w:color w:val="FFFFFF"/>
                <w:sz w:val="18"/>
              </w:rPr>
              <w:t>GEOGRAPHY / HISTORY</w:t>
            </w:r>
          </w:p>
        </w:tc>
        <w:tc>
          <w:tcPr>
            <w:tcW w:w="5156" w:type="dxa"/>
            <w:shd w:val="clear" w:color="auto" w:fill="F7F8F4"/>
            <w:tcMar>
              <w:top w:w="60" w:type="dxa"/>
              <w:left w:w="100" w:type="dxa"/>
              <w:bottom w:w="60" w:type="dxa"/>
              <w:right w:w="100" w:type="dxa"/>
            </w:tcMar>
          </w:tcPr>
          <w:p w14:paraId="56BA2B93" w14:textId="77777777" w:rsidR="00473E84" w:rsidRDefault="00000000">
            <w:r>
              <w:rPr>
                <w:sz w:val="18"/>
              </w:rPr>
              <w:t>Weather, seasons, place and landscape, together with topic-specific knowledge and an understanding of processes of change where appropriate.</w:t>
            </w:r>
          </w:p>
        </w:tc>
      </w:tr>
      <w:tr w:rsidR="00473E84" w14:paraId="74918793" w14:textId="77777777">
        <w:trPr>
          <w:jc w:val="center"/>
        </w:trPr>
        <w:tc>
          <w:tcPr>
            <w:tcW w:w="5156" w:type="dxa"/>
            <w:shd w:val="clear" w:color="auto" w:fill="9A541C"/>
            <w:tcMar>
              <w:top w:w="60" w:type="dxa"/>
              <w:left w:w="100" w:type="dxa"/>
              <w:bottom w:w="60" w:type="dxa"/>
              <w:right w:w="100" w:type="dxa"/>
            </w:tcMar>
          </w:tcPr>
          <w:p w14:paraId="448E0B20" w14:textId="77777777" w:rsidR="00473E84" w:rsidRDefault="00000000">
            <w:r>
              <w:rPr>
                <w:b/>
                <w:color w:val="FFFFFF"/>
                <w:sz w:val="18"/>
              </w:rPr>
              <w:t>PE / PERSONAL DEVELOPMENT</w:t>
            </w:r>
          </w:p>
        </w:tc>
        <w:tc>
          <w:tcPr>
            <w:tcW w:w="5156" w:type="dxa"/>
            <w:shd w:val="clear" w:color="auto" w:fill="FAF6F1"/>
            <w:tcMar>
              <w:top w:w="60" w:type="dxa"/>
              <w:left w:w="100" w:type="dxa"/>
              <w:bottom w:w="60" w:type="dxa"/>
              <w:right w:w="100" w:type="dxa"/>
            </w:tcMar>
          </w:tcPr>
          <w:p w14:paraId="184D9D20" w14:textId="77777777" w:rsidR="00473E84" w:rsidRDefault="00000000">
            <w:r>
              <w:rPr>
                <w:sz w:val="18"/>
              </w:rPr>
              <w:t>Outdoor and adventurous activity, teamwork, cooperation, communication, independence, confidence, trust and supported problem-solving.</w:t>
            </w:r>
          </w:p>
        </w:tc>
      </w:tr>
    </w:tbl>
    <w:p w14:paraId="0E0B0007" w14:textId="77777777" w:rsidR="00473E84" w:rsidRPr="00A515F8" w:rsidRDefault="00000000">
      <w:pPr>
        <w:pStyle w:val="TWOHeading2"/>
        <w:rPr>
          <w:sz w:val="32"/>
          <w:szCs w:val="24"/>
        </w:rPr>
      </w:pPr>
      <w:r w:rsidRPr="00A515F8">
        <w:rPr>
          <w:sz w:val="32"/>
          <w:szCs w:val="24"/>
        </w:rPr>
        <w:t>Our wider aims</w:t>
      </w:r>
    </w:p>
    <w:p w14:paraId="570CB621" w14:textId="77777777" w:rsidR="00473E84" w:rsidRPr="00A515F8" w:rsidRDefault="00000000">
      <w:pPr>
        <w:pStyle w:val="TWOBullet"/>
        <w:spacing w:after="40"/>
        <w:ind w:left="255" w:hanging="142"/>
        <w:rPr>
          <w:sz w:val="22"/>
          <w:szCs w:val="24"/>
        </w:rPr>
      </w:pPr>
      <w:r w:rsidRPr="00A515F8">
        <w:rPr>
          <w:b/>
          <w:color w:val="68BE45"/>
          <w:sz w:val="24"/>
          <w:szCs w:val="24"/>
        </w:rPr>
        <w:t xml:space="preserve">• </w:t>
      </w:r>
      <w:r w:rsidRPr="00A515F8">
        <w:rPr>
          <w:sz w:val="20"/>
          <w:szCs w:val="24"/>
        </w:rPr>
        <w:t>Build self-esteem, self-confidence and independence.</w:t>
      </w:r>
    </w:p>
    <w:p w14:paraId="1DB3E290" w14:textId="77777777" w:rsidR="00473E84" w:rsidRPr="00A515F8" w:rsidRDefault="00000000">
      <w:pPr>
        <w:pStyle w:val="TWOBullet"/>
        <w:spacing w:after="40"/>
        <w:ind w:left="255" w:hanging="142"/>
        <w:rPr>
          <w:sz w:val="22"/>
          <w:szCs w:val="24"/>
        </w:rPr>
      </w:pPr>
      <w:r w:rsidRPr="00A515F8">
        <w:rPr>
          <w:b/>
          <w:color w:val="68BE45"/>
          <w:sz w:val="24"/>
          <w:szCs w:val="24"/>
        </w:rPr>
        <w:t xml:space="preserve">• </w:t>
      </w:r>
      <w:r w:rsidRPr="00A515F8">
        <w:rPr>
          <w:sz w:val="20"/>
          <w:szCs w:val="24"/>
        </w:rPr>
        <w:t>Develop communication, cooperation, trust and teamwork.</w:t>
      </w:r>
    </w:p>
    <w:p w14:paraId="1907683C" w14:textId="77777777" w:rsidR="00473E84" w:rsidRPr="00A515F8" w:rsidRDefault="00000000">
      <w:pPr>
        <w:pStyle w:val="TWOBullet"/>
        <w:spacing w:after="40"/>
        <w:ind w:left="255" w:hanging="142"/>
        <w:rPr>
          <w:sz w:val="22"/>
          <w:szCs w:val="24"/>
        </w:rPr>
      </w:pPr>
      <w:r w:rsidRPr="00A515F8">
        <w:rPr>
          <w:b/>
          <w:color w:val="68BE45"/>
          <w:sz w:val="24"/>
          <w:szCs w:val="24"/>
        </w:rPr>
        <w:t xml:space="preserve">• </w:t>
      </w:r>
      <w:r w:rsidRPr="00A515F8">
        <w:rPr>
          <w:sz w:val="20"/>
          <w:szCs w:val="24"/>
        </w:rPr>
        <w:t>Encourage children to care for themselves, one another and the natural environment.</w:t>
      </w:r>
    </w:p>
    <w:p w14:paraId="4C3688EF" w14:textId="77777777" w:rsidR="00473E84" w:rsidRPr="00A515F8" w:rsidRDefault="00000000">
      <w:pPr>
        <w:pStyle w:val="TWOBullet"/>
        <w:spacing w:after="40"/>
        <w:ind w:left="255" w:hanging="142"/>
        <w:rPr>
          <w:sz w:val="22"/>
          <w:szCs w:val="24"/>
        </w:rPr>
      </w:pPr>
      <w:r w:rsidRPr="00A515F8">
        <w:rPr>
          <w:b/>
          <w:color w:val="68BE45"/>
          <w:sz w:val="24"/>
          <w:szCs w:val="24"/>
        </w:rPr>
        <w:t xml:space="preserve">• </w:t>
      </w:r>
      <w:r w:rsidRPr="00A515F8">
        <w:rPr>
          <w:sz w:val="20"/>
          <w:szCs w:val="24"/>
        </w:rPr>
        <w:t>Provide opportunities for exploration, discovery and practical outdoor skills.</w:t>
      </w:r>
    </w:p>
    <w:p w14:paraId="63300912" w14:textId="77777777" w:rsidR="00473E84" w:rsidRPr="00A515F8" w:rsidRDefault="00000000">
      <w:pPr>
        <w:pStyle w:val="TWOBullet"/>
        <w:spacing w:after="40"/>
        <w:ind w:left="255" w:hanging="142"/>
        <w:rPr>
          <w:sz w:val="22"/>
          <w:szCs w:val="24"/>
        </w:rPr>
      </w:pPr>
      <w:r w:rsidRPr="00A515F8">
        <w:rPr>
          <w:b/>
          <w:color w:val="68BE45"/>
          <w:sz w:val="24"/>
          <w:szCs w:val="24"/>
        </w:rPr>
        <w:t xml:space="preserve">• </w:t>
      </w:r>
      <w:r w:rsidRPr="00A515F8">
        <w:rPr>
          <w:sz w:val="20"/>
          <w:szCs w:val="24"/>
        </w:rPr>
        <w:t>Support an inquisitive and positive relationship with the natural world.</w:t>
      </w:r>
    </w:p>
    <w:p w14:paraId="44D8E5FC" w14:textId="77777777" w:rsidR="00473E84" w:rsidRDefault="00000000">
      <w:pPr>
        <w:pStyle w:val="TWOBullet"/>
        <w:spacing w:after="40"/>
        <w:ind w:left="255" w:hanging="142"/>
        <w:rPr>
          <w:sz w:val="20"/>
          <w:szCs w:val="24"/>
        </w:rPr>
      </w:pPr>
      <w:r w:rsidRPr="00A515F8">
        <w:rPr>
          <w:b/>
          <w:color w:val="68BE45"/>
          <w:sz w:val="24"/>
          <w:szCs w:val="24"/>
        </w:rPr>
        <w:t xml:space="preserve">• </w:t>
      </w:r>
      <w:r w:rsidRPr="00A515F8">
        <w:rPr>
          <w:sz w:val="20"/>
          <w:szCs w:val="24"/>
        </w:rPr>
        <w:t>Help children practise listening, decision-making and safe behaviour in an outdoor environment.</w:t>
      </w:r>
    </w:p>
    <w:p w14:paraId="44A528FD" w14:textId="77777777" w:rsidR="00ED01F7" w:rsidRPr="00A515F8" w:rsidRDefault="00ED01F7">
      <w:pPr>
        <w:pStyle w:val="TWOBullet"/>
        <w:spacing w:after="40"/>
        <w:ind w:left="255" w:hanging="142"/>
        <w:rPr>
          <w:sz w:val="22"/>
          <w:szCs w:val="24"/>
        </w:rPr>
      </w:pPr>
    </w:p>
    <w:p w14:paraId="4FFBC458" w14:textId="77777777" w:rsidR="00473E84" w:rsidRPr="00ED01F7" w:rsidRDefault="00000000">
      <w:pPr>
        <w:pStyle w:val="TWOBody"/>
        <w:spacing w:before="40" w:after="0"/>
        <w:rPr>
          <w:sz w:val="28"/>
          <w:szCs w:val="32"/>
        </w:rPr>
      </w:pPr>
      <w:r w:rsidRPr="00ED01F7">
        <w:rPr>
          <w:b/>
          <w:color w:val="46581C"/>
          <w:sz w:val="24"/>
          <w:szCs w:val="32"/>
        </w:rPr>
        <w:t>Where a visit has a specific curriculum theme, the detailed programme sent with your booking will show the activities and intended curriculum links for that visit.</w:t>
      </w:r>
    </w:p>
    <w:p w14:paraId="08A84EF8" w14:textId="77777777" w:rsidR="00473E84" w:rsidRDefault="00000000">
      <w:pPr>
        <w:pStyle w:val="TWOHeading1"/>
        <w:pageBreakBefore/>
      </w:pPr>
      <w:r>
        <w:lastRenderedPageBreak/>
        <w:t>Safety, Risk Management &amp; Accessibility</w:t>
      </w:r>
    </w:p>
    <w:p w14:paraId="3BEA4242" w14:textId="77777777" w:rsidR="00473E84" w:rsidRDefault="00000000">
      <w:pPr>
        <w:pStyle w:val="TWOBody"/>
      </w:pPr>
      <w:r>
        <w:t>The World Outside works in a natural woodland environment where learning includes appropriate, supported risk-taking. Safety is managed through planned risk assessments, supervision, clear boundaries and expectations, equipment checks and ongoing dynamic risk assessment throughout each session.</w:t>
      </w:r>
    </w:p>
    <w:p w14:paraId="24FCA05D" w14:textId="77777777" w:rsidR="00473E84" w:rsidRDefault="00000000">
      <w:pPr>
        <w:pStyle w:val="TWOHeading2"/>
      </w:pPr>
      <w:r>
        <w:t>Our provision</w:t>
      </w:r>
    </w:p>
    <w:p w14:paraId="0AA0E715" w14:textId="77777777" w:rsidR="00473E84" w:rsidRDefault="00000000">
      <w:pPr>
        <w:pStyle w:val="TWOBullet"/>
        <w:spacing w:after="80"/>
        <w:ind w:left="255" w:hanging="142"/>
      </w:pPr>
      <w:r>
        <w:rPr>
          <w:b/>
          <w:color w:val="68BE45"/>
          <w:sz w:val="24"/>
        </w:rPr>
        <w:t xml:space="preserve">• </w:t>
      </w:r>
      <w:r>
        <w:rPr>
          <w:sz w:val="20"/>
        </w:rPr>
        <w:t>Sessions are led by a Level 3 Forest School Leader who holds a current first-aid qualification and enhanced DBS.</w:t>
      </w:r>
    </w:p>
    <w:p w14:paraId="59CDB531" w14:textId="77777777" w:rsidR="00473E84" w:rsidRDefault="00000000">
      <w:pPr>
        <w:pStyle w:val="TWOBullet"/>
        <w:spacing w:after="80"/>
        <w:ind w:left="255" w:hanging="142"/>
      </w:pPr>
      <w:r>
        <w:rPr>
          <w:b/>
          <w:color w:val="68BE45"/>
          <w:sz w:val="24"/>
        </w:rPr>
        <w:t xml:space="preserve">• </w:t>
      </w:r>
      <w:r>
        <w:rPr>
          <w:sz w:val="20"/>
        </w:rPr>
        <w:t>The World Outside Ltd holds Public Liability Insurance.</w:t>
      </w:r>
    </w:p>
    <w:p w14:paraId="43AD0B37" w14:textId="77777777" w:rsidR="00473E84" w:rsidRDefault="00000000">
      <w:pPr>
        <w:pStyle w:val="TWOBullet"/>
        <w:spacing w:after="80"/>
        <w:ind w:left="255" w:hanging="142"/>
      </w:pPr>
      <w:r>
        <w:rPr>
          <w:b/>
          <w:color w:val="68BE45"/>
          <w:sz w:val="24"/>
        </w:rPr>
        <w:t xml:space="preserve">• </w:t>
      </w:r>
      <w:r>
        <w:rPr>
          <w:sz w:val="20"/>
        </w:rPr>
        <w:t>The detailed site and activity risk assessments are included in this pack. Additional activity-specific or individual assessments are used where relevant.</w:t>
      </w:r>
    </w:p>
    <w:p w14:paraId="609424D4" w14:textId="77777777" w:rsidR="00473E84" w:rsidRDefault="00000000">
      <w:pPr>
        <w:pStyle w:val="TWOBullet"/>
        <w:spacing w:after="80"/>
        <w:ind w:left="255" w:hanging="142"/>
      </w:pPr>
      <w:r>
        <w:rPr>
          <w:b/>
          <w:color w:val="68BE45"/>
          <w:sz w:val="24"/>
        </w:rPr>
        <w:t xml:space="preserve">• </w:t>
      </w:r>
      <w:r>
        <w:rPr>
          <w:sz w:val="20"/>
        </w:rPr>
        <w:t>The Forest School Leader may amend, replace or curtail an activity if weather, site conditions or the needs of the group make this necessary.</w:t>
      </w:r>
    </w:p>
    <w:p w14:paraId="2E55CFC7" w14:textId="77777777" w:rsidR="00473E84" w:rsidRDefault="00000000">
      <w:pPr>
        <w:pStyle w:val="TWOBullet"/>
        <w:spacing w:after="80"/>
        <w:ind w:left="255" w:hanging="142"/>
      </w:pPr>
      <w:r>
        <w:rPr>
          <w:b/>
          <w:color w:val="68BE45"/>
          <w:sz w:val="24"/>
        </w:rPr>
        <w:t xml:space="preserve">• </w:t>
      </w:r>
      <w:r>
        <w:rPr>
          <w:sz w:val="20"/>
        </w:rPr>
        <w:t>School staff remain responsible for pupil supervision, welfare, behaviour, medical information, medication and their own first-aid provision.</w:t>
      </w:r>
    </w:p>
    <w:p w14:paraId="2D10DB50" w14:textId="77777777" w:rsidR="00473E84" w:rsidRDefault="00000000">
      <w:pPr>
        <w:pStyle w:val="TWOHeading2"/>
      </w:pPr>
      <w:r>
        <w:t>The site</w:t>
      </w:r>
    </w:p>
    <w:p w14:paraId="7ABA539E" w14:textId="77777777" w:rsidR="00473E84" w:rsidRDefault="00000000">
      <w:pPr>
        <w:pStyle w:val="TWOBody"/>
      </w:pPr>
      <w:r>
        <w:t>The Forest School is within the grounds of Bodenham Arboretum. Access includes natural paths and woodland terrain, with uneven and sloping ground. The site is on the side of a valley and can be challenging for wheelchair users and people with limited mobility.</w:t>
      </w:r>
    </w:p>
    <w:p w14:paraId="5926C025" w14:textId="77777777" w:rsidR="00473E84" w:rsidRDefault="00000000">
      <w:pPr>
        <w:pStyle w:val="TWOBody"/>
      </w:pPr>
      <w:r>
        <w:t>Where accessibility is a consideration for a particular pupil or adult, the school/group should arrange a pre-visit so that suitability can be assessed for that individual and the planned activities can be discussed with us.</w:t>
      </w:r>
    </w:p>
    <w:p w14:paraId="3EA62D13" w14:textId="77777777" w:rsidR="00473E84" w:rsidRDefault="00000000">
      <w:pPr>
        <w:pStyle w:val="TWOHeading2"/>
      </w:pPr>
      <w:r>
        <w:t>Weather and changing conditions</w:t>
      </w:r>
    </w:p>
    <w:p w14:paraId="081BFF62" w14:textId="77777777" w:rsidR="00473E84" w:rsidRDefault="00000000">
      <w:pPr>
        <w:pStyle w:val="TWOBody"/>
      </w:pPr>
      <w:r>
        <w:t>Being outdoors is part of the experience. Sessions will normally continue in wet, cold or warm weather provided conditions remain safe. Programmes may change at short notice because of high winds, extreme weather, site conditions or other circumstances beyond our control.</w:t>
      </w:r>
    </w:p>
    <w:p w14:paraId="7B5A5EA8" w14:textId="77777777" w:rsidR="00473E84" w:rsidRDefault="00130242">
      <w:pPr>
        <w:pStyle w:val="TWOBody"/>
      </w:pPr>
      <w:r>
        <w:t xml:space="preserve">If high </w:t>
      </w:r>
      <w:r w:rsidR="00000000">
        <w:t xml:space="preserve">winds </w:t>
      </w:r>
      <w:r>
        <w:t>make conditions unsafe</w:t>
      </w:r>
      <w:r w:rsidR="00000000">
        <w:t xml:space="preserve"> or </w:t>
      </w:r>
      <w:r w:rsidR="00000000">
        <w:t xml:space="preserve">snow </w:t>
      </w:r>
      <w:r>
        <w:t>prevents</w:t>
      </w:r>
      <w:r w:rsidR="00000000">
        <w:t xml:space="preserve"> emergenc</w:t>
      </w:r>
      <w:r w:rsidR="00000000">
        <w:t xml:space="preserve">y </w:t>
      </w:r>
      <w:r>
        <w:t>vehicle access,</w:t>
      </w:r>
      <w:r w:rsidR="00000000">
        <w:t xml:space="preserve"> the </w:t>
      </w:r>
      <w:r w:rsidR="00000000">
        <w:t>visit</w:t>
      </w:r>
      <w:r w:rsidR="00000000">
        <w:t xml:space="preserve"> </w:t>
      </w:r>
      <w:r w:rsidR="00000000">
        <w:t xml:space="preserve">may need to be </w:t>
      </w:r>
      <w:r w:rsidR="00000000">
        <w:t>rescheduled</w:t>
      </w:r>
      <w:r w:rsidR="00000000">
        <w:t>.</w:t>
      </w:r>
      <w:r w:rsidR="00000000">
        <w:t xml:space="preserve"> </w:t>
      </w:r>
      <w:r>
        <w:t>No refund will be issued, but an alternative date will be arranged.</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14:paraId="5D5034DA" w14:textId="77777777">
        <w:trPr>
          <w:jc w:val="center"/>
        </w:trPr>
        <w:tc>
          <w:tcPr>
            <w:tcW w:w="10312" w:type="dxa"/>
            <w:shd w:val="clear" w:color="auto" w:fill="F6F1E8"/>
            <w:tcMar>
              <w:top w:w="140" w:type="dxa"/>
              <w:left w:w="180" w:type="dxa"/>
              <w:bottom w:w="140" w:type="dxa"/>
              <w:right w:w="180" w:type="dxa"/>
            </w:tcMar>
          </w:tcPr>
          <w:p w14:paraId="3520FF09" w14:textId="77777777" w:rsidR="00473E84" w:rsidRDefault="00000000">
            <w:pPr>
              <w:spacing w:after="60"/>
            </w:pPr>
            <w:r>
              <w:rPr>
                <w:b/>
                <w:color w:val="46581C"/>
                <w:sz w:val="23"/>
              </w:rPr>
              <w:t>Supporting documents</w:t>
            </w:r>
          </w:p>
          <w:p w14:paraId="4DE4CB18" w14:textId="77777777" w:rsidR="00473E84" w:rsidRDefault="00000000">
            <w:pPr>
              <w:spacing w:after="0"/>
            </w:pPr>
            <w:r>
              <w:rPr>
                <w:sz w:val="20"/>
              </w:rPr>
              <w:t>The detailed Activity Risk Assessment and Bodenham Arboretum Site Risk Assessment are included in the appendix to this pack. Terms &amp; Conditions and the Public Liability Insurance certificate remain separate supporting documents and are available for your school visit file.</w:t>
            </w:r>
          </w:p>
        </w:tc>
      </w:tr>
    </w:tbl>
    <w:p w14:paraId="690886EE" w14:textId="77777777" w:rsidR="00473E84" w:rsidRDefault="00000000">
      <w:pPr>
        <w:pStyle w:val="TWOHeading2"/>
      </w:pPr>
      <w:r>
        <w:t>Emergency arrangements</w:t>
      </w:r>
    </w:p>
    <w:p w14:paraId="072D3C58" w14:textId="77777777" w:rsidR="00473E84" w:rsidRDefault="00000000">
      <w:pPr>
        <w:pStyle w:val="TWOBody"/>
      </w:pPr>
      <w:r>
        <w:t>The Forest School Leader holds site emergency information and follows The World Outside emergency procedures. In an emergency, visiting staff should follow the Leader’s instructions, supervise pupils and contact their school in accordance with their own procedures.</w:t>
      </w:r>
    </w:p>
    <w:p w14:paraId="6D70B450" w14:textId="77777777" w:rsidR="00473E84" w:rsidRDefault="00000000">
      <w:pPr>
        <w:pStyle w:val="TWOHeading1"/>
        <w:pageBreakBefore/>
      </w:pPr>
      <w:r>
        <w:lastRenderedPageBreak/>
        <w:t>Teacher Checklist</w:t>
      </w:r>
    </w:p>
    <w:p w14:paraId="17C251AF" w14:textId="77777777" w:rsidR="00473E84" w:rsidRDefault="00000000">
      <w:pPr>
        <w:pStyle w:val="TWOBody"/>
        <w:spacing w:after="60"/>
        <w:rPr>
          <w:sz w:val="24"/>
          <w:szCs w:val="28"/>
        </w:rPr>
      </w:pPr>
      <w:r w:rsidRPr="00130242">
        <w:rPr>
          <w:sz w:val="24"/>
          <w:szCs w:val="28"/>
        </w:rPr>
        <w:t>A quick checklist to help your visit run smoothly. You can print this page and keep it with your trip paperwork.</w:t>
      </w:r>
    </w:p>
    <w:p w14:paraId="421DD7F6" w14:textId="77777777" w:rsidR="00130242" w:rsidRPr="00130242" w:rsidRDefault="00130242">
      <w:pPr>
        <w:pStyle w:val="TWOBody"/>
        <w:spacing w:after="60"/>
        <w:rPr>
          <w:sz w:val="24"/>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rsidRPr="00130242" w14:paraId="4BCAF5E0" w14:textId="77777777">
        <w:trPr>
          <w:jc w:val="center"/>
        </w:trPr>
        <w:tc>
          <w:tcPr>
            <w:tcW w:w="10312" w:type="dxa"/>
            <w:shd w:val="clear" w:color="auto" w:fill="46581C"/>
            <w:tcMar>
              <w:top w:w="70" w:type="dxa"/>
              <w:left w:w="140" w:type="dxa"/>
              <w:bottom w:w="70" w:type="dxa"/>
              <w:right w:w="140" w:type="dxa"/>
            </w:tcMar>
          </w:tcPr>
          <w:p w14:paraId="14C45A5A" w14:textId="77777777" w:rsidR="00473E84" w:rsidRPr="00130242" w:rsidRDefault="00000000">
            <w:pPr>
              <w:jc w:val="center"/>
              <w:rPr>
                <w:sz w:val="24"/>
                <w:szCs w:val="28"/>
              </w:rPr>
            </w:pPr>
            <w:r w:rsidRPr="00130242">
              <w:rPr>
                <w:b/>
                <w:color w:val="FFFFFF"/>
                <w:sz w:val="28"/>
                <w:szCs w:val="28"/>
              </w:rPr>
              <w:t>Before the visit</w:t>
            </w:r>
          </w:p>
        </w:tc>
      </w:tr>
    </w:tbl>
    <w:p w14:paraId="444781A5"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Check </w:t>
      </w:r>
      <w:r w:rsidRPr="00130242">
        <w:rPr>
          <w:sz w:val="24"/>
          <w:szCs w:val="28"/>
        </w:rPr>
        <w:t>the confirmed programme, timings and quote.</w:t>
      </w:r>
    </w:p>
    <w:p w14:paraId="064566AB"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Confirm </w:t>
      </w:r>
      <w:r w:rsidRPr="00130242">
        <w:rPr>
          <w:sz w:val="24"/>
          <w:szCs w:val="28"/>
        </w:rPr>
        <w:t>that you have at least two school staff/responsible adults and meet the required adult:pupil ratio.</w:t>
      </w:r>
    </w:p>
    <w:p w14:paraId="2F806BCA"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Identify </w:t>
      </w:r>
      <w:r w:rsidRPr="00130242">
        <w:rPr>
          <w:sz w:val="24"/>
          <w:szCs w:val="28"/>
        </w:rPr>
        <w:t>your qualified first aider(s) and ensure each group/subgroup has access to a first-aid kit.</w:t>
      </w:r>
    </w:p>
    <w:p w14:paraId="6CB3EAAA"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Review </w:t>
      </w:r>
      <w:r w:rsidRPr="00130242">
        <w:rPr>
          <w:sz w:val="24"/>
          <w:szCs w:val="28"/>
        </w:rPr>
        <w:t>medical information, allergies, additional needs and accessibility requirements; tell The World Outside about anything significant in advance.</w:t>
      </w:r>
    </w:p>
    <w:p w14:paraId="4D3E6422"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Arrange </w:t>
      </w:r>
      <w:r w:rsidRPr="00130242">
        <w:rPr>
          <w:sz w:val="24"/>
          <w:szCs w:val="28"/>
        </w:rPr>
        <w:t>a pre-visit if your school requires one or if accessibility needs need to be assessed.</w:t>
      </w:r>
    </w:p>
    <w:p w14:paraId="6D94473D" w14:textId="77777777" w:rsidR="00473E84"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Send </w:t>
      </w:r>
      <w:r w:rsidRPr="00130242">
        <w:rPr>
          <w:sz w:val="24"/>
          <w:szCs w:val="28"/>
        </w:rPr>
        <w:t>the Parent &amp; Carer Information page to families and remind them about long sleeves, long trousers, sturdy closed-toe footwear and weather-appropriate clothing.</w:t>
      </w:r>
    </w:p>
    <w:p w14:paraId="1AA344FC" w14:textId="1969D431" w:rsidR="009B579B" w:rsidRDefault="009B579B">
      <w:pPr>
        <w:pStyle w:val="TWOCheck"/>
        <w:spacing w:after="40"/>
        <w:rPr>
          <w:sz w:val="24"/>
          <w:szCs w:val="28"/>
        </w:rPr>
      </w:pPr>
      <w:r w:rsidRPr="00130242">
        <w:rPr>
          <w:b/>
          <w:color w:val="68BE45"/>
          <w:sz w:val="28"/>
          <w:szCs w:val="28"/>
        </w:rPr>
        <w:t xml:space="preserve">☐ </w:t>
      </w:r>
      <w:r>
        <w:rPr>
          <w:b/>
          <w:color w:val="46581C"/>
          <w:sz w:val="24"/>
          <w:szCs w:val="28"/>
        </w:rPr>
        <w:t xml:space="preserve">Ensure </w:t>
      </w:r>
      <w:r w:rsidRPr="00E27A0A">
        <w:rPr>
          <w:bCs/>
          <w:color w:val="000000" w:themeColor="text1"/>
          <w:sz w:val="24"/>
          <w:szCs w:val="28"/>
        </w:rPr>
        <w:t xml:space="preserve">staff are also aware of the </w:t>
      </w:r>
      <w:r w:rsidR="00E27A0A" w:rsidRPr="00E27A0A">
        <w:rPr>
          <w:bCs/>
          <w:color w:val="000000" w:themeColor="text1"/>
          <w:sz w:val="24"/>
          <w:szCs w:val="28"/>
        </w:rPr>
        <w:t>requirements for clothing and particularly footwear</w:t>
      </w:r>
    </w:p>
    <w:p w14:paraId="34E1EAAC" w14:textId="77777777" w:rsidR="00130242" w:rsidRPr="00130242" w:rsidRDefault="00130242">
      <w:pPr>
        <w:pStyle w:val="TWOCheck"/>
        <w:spacing w:after="40"/>
        <w:rPr>
          <w:sz w:val="24"/>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rsidRPr="00130242" w14:paraId="327AA0D1" w14:textId="77777777">
        <w:trPr>
          <w:jc w:val="center"/>
        </w:trPr>
        <w:tc>
          <w:tcPr>
            <w:tcW w:w="10312" w:type="dxa"/>
            <w:shd w:val="clear" w:color="auto" w:fill="46581C"/>
            <w:tcMar>
              <w:top w:w="70" w:type="dxa"/>
              <w:left w:w="140" w:type="dxa"/>
              <w:bottom w:w="70" w:type="dxa"/>
              <w:right w:w="140" w:type="dxa"/>
            </w:tcMar>
          </w:tcPr>
          <w:p w14:paraId="6C7DD5A9" w14:textId="77777777" w:rsidR="00473E84" w:rsidRPr="00130242" w:rsidRDefault="00000000">
            <w:pPr>
              <w:jc w:val="center"/>
              <w:rPr>
                <w:sz w:val="24"/>
                <w:szCs w:val="28"/>
              </w:rPr>
            </w:pPr>
            <w:r w:rsidRPr="00130242">
              <w:rPr>
                <w:b/>
                <w:color w:val="FFFFFF"/>
                <w:sz w:val="28"/>
                <w:szCs w:val="28"/>
              </w:rPr>
              <w:t>On the morning</w:t>
            </w:r>
          </w:p>
        </w:tc>
      </w:tr>
    </w:tbl>
    <w:p w14:paraId="25784579" w14:textId="7BA9D941"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Check </w:t>
      </w:r>
      <w:r w:rsidRPr="00130242">
        <w:rPr>
          <w:sz w:val="24"/>
          <w:szCs w:val="28"/>
        </w:rPr>
        <w:t>every pupil</w:t>
      </w:r>
      <w:r w:rsidR="00E27A0A">
        <w:rPr>
          <w:sz w:val="24"/>
          <w:szCs w:val="28"/>
        </w:rPr>
        <w:t xml:space="preserve"> and all staff</w:t>
      </w:r>
      <w:r w:rsidRPr="00130242">
        <w:rPr>
          <w:sz w:val="24"/>
          <w:szCs w:val="28"/>
        </w:rPr>
        <w:t xml:space="preserve"> </w:t>
      </w:r>
      <w:proofErr w:type="gramStart"/>
      <w:r w:rsidRPr="00130242">
        <w:rPr>
          <w:sz w:val="24"/>
          <w:szCs w:val="28"/>
        </w:rPr>
        <w:t>has</w:t>
      </w:r>
      <w:proofErr w:type="gramEnd"/>
      <w:r w:rsidRPr="00130242">
        <w:rPr>
          <w:sz w:val="24"/>
          <w:szCs w:val="28"/>
        </w:rPr>
        <w:t xml:space="preserve"> suitable clothing and footwear before leaving school.</w:t>
      </w:r>
    </w:p>
    <w:p w14:paraId="120DFABE"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Bring </w:t>
      </w:r>
      <w:r w:rsidRPr="00130242">
        <w:rPr>
          <w:sz w:val="24"/>
          <w:szCs w:val="28"/>
        </w:rPr>
        <w:t>all essential medication, healthcare plans and emergency medication.</w:t>
      </w:r>
    </w:p>
    <w:p w14:paraId="3D58FEF3"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Bring </w:t>
      </w:r>
      <w:r w:rsidRPr="00130242">
        <w:rPr>
          <w:sz w:val="24"/>
          <w:szCs w:val="28"/>
        </w:rPr>
        <w:t>first-aid kit(s), school emergency contacts and any required pupil information.</w:t>
      </w:r>
    </w:p>
    <w:p w14:paraId="1A398566"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Bring </w:t>
      </w:r>
      <w:r w:rsidRPr="00130242">
        <w:rPr>
          <w:sz w:val="24"/>
          <w:szCs w:val="28"/>
        </w:rPr>
        <w:t>packed lunches and sufficient drinks for full-day visits.</w:t>
      </w:r>
    </w:p>
    <w:p w14:paraId="2BBF5AB8" w14:textId="77777777" w:rsidR="00473E84"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Make sure </w:t>
      </w:r>
      <w:r w:rsidRPr="00130242">
        <w:rPr>
          <w:sz w:val="24"/>
          <w:szCs w:val="28"/>
        </w:rPr>
        <w:t>pupils know that school staff remain responsible for behaviour and supervision throughout the visit.</w:t>
      </w:r>
    </w:p>
    <w:p w14:paraId="1743B000" w14:textId="77777777" w:rsidR="00130242" w:rsidRPr="00130242" w:rsidRDefault="00130242">
      <w:pPr>
        <w:pStyle w:val="TWOCheck"/>
        <w:spacing w:after="40"/>
        <w:rPr>
          <w:sz w:val="24"/>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rsidRPr="00130242" w14:paraId="3C26A16A" w14:textId="77777777">
        <w:trPr>
          <w:jc w:val="center"/>
        </w:trPr>
        <w:tc>
          <w:tcPr>
            <w:tcW w:w="10312" w:type="dxa"/>
            <w:shd w:val="clear" w:color="auto" w:fill="46581C"/>
            <w:tcMar>
              <w:top w:w="70" w:type="dxa"/>
              <w:left w:w="140" w:type="dxa"/>
              <w:bottom w:w="70" w:type="dxa"/>
              <w:right w:w="140" w:type="dxa"/>
            </w:tcMar>
          </w:tcPr>
          <w:p w14:paraId="67081551" w14:textId="77777777" w:rsidR="00473E84" w:rsidRPr="00130242" w:rsidRDefault="00000000">
            <w:pPr>
              <w:jc w:val="center"/>
              <w:rPr>
                <w:sz w:val="24"/>
                <w:szCs w:val="28"/>
              </w:rPr>
            </w:pPr>
            <w:r w:rsidRPr="00130242">
              <w:rPr>
                <w:b/>
                <w:color w:val="FFFFFF"/>
                <w:sz w:val="28"/>
                <w:szCs w:val="28"/>
              </w:rPr>
              <w:t>On arrival</w:t>
            </w:r>
          </w:p>
        </w:tc>
      </w:tr>
    </w:tbl>
    <w:p w14:paraId="310B22F2"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Meet </w:t>
      </w:r>
      <w:r w:rsidRPr="00130242">
        <w:rPr>
          <w:sz w:val="24"/>
          <w:szCs w:val="28"/>
        </w:rPr>
        <w:t>The World Outside on the terrace at the Bodenham Arboretum Visitor Centre.</w:t>
      </w:r>
    </w:p>
    <w:p w14:paraId="134863AD" w14:textId="77777777" w:rsidR="00473E84" w:rsidRPr="00130242"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Use </w:t>
      </w:r>
      <w:r w:rsidRPr="00130242">
        <w:rPr>
          <w:sz w:val="24"/>
          <w:szCs w:val="28"/>
        </w:rPr>
        <w:t>the Visitor Centre facilities before walking to the Forest School site if needed.</w:t>
      </w:r>
    </w:p>
    <w:p w14:paraId="5B249B71" w14:textId="77777777" w:rsidR="00473E84" w:rsidRDefault="00000000">
      <w:pPr>
        <w:pStyle w:val="TWOCheck"/>
        <w:spacing w:after="40"/>
        <w:rPr>
          <w:sz w:val="24"/>
          <w:szCs w:val="28"/>
        </w:rPr>
      </w:pPr>
      <w:r w:rsidRPr="00130242">
        <w:rPr>
          <w:b/>
          <w:color w:val="68BE45"/>
          <w:sz w:val="28"/>
          <w:szCs w:val="28"/>
        </w:rPr>
        <w:t xml:space="preserve">☐ </w:t>
      </w:r>
      <w:r w:rsidRPr="00130242">
        <w:rPr>
          <w:b/>
          <w:color w:val="46581C"/>
          <w:sz w:val="24"/>
          <w:szCs w:val="28"/>
        </w:rPr>
        <w:t xml:space="preserve">Tell </w:t>
      </w:r>
      <w:r w:rsidRPr="00130242">
        <w:rPr>
          <w:sz w:val="24"/>
          <w:szCs w:val="28"/>
        </w:rPr>
        <w:t>the Forest School Leader about any last-minute medical, welfare or group changes, then follow the briefing, site boundaries and safety instructions.</w:t>
      </w:r>
    </w:p>
    <w:p w14:paraId="62AD5F96" w14:textId="77777777" w:rsidR="00130242" w:rsidRPr="00130242" w:rsidRDefault="00130242">
      <w:pPr>
        <w:pStyle w:val="TWOCheck"/>
        <w:spacing w:after="40"/>
        <w:rPr>
          <w:sz w:val="24"/>
          <w:szCs w:val="28"/>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312"/>
      </w:tblGrid>
      <w:tr w:rsidR="00473E84" w:rsidRPr="00130242" w14:paraId="06EB4361" w14:textId="77777777">
        <w:trPr>
          <w:jc w:val="center"/>
        </w:trPr>
        <w:tc>
          <w:tcPr>
            <w:tcW w:w="10312" w:type="dxa"/>
            <w:shd w:val="clear" w:color="auto" w:fill="EDF4E6"/>
            <w:tcMar>
              <w:top w:w="140" w:type="dxa"/>
              <w:left w:w="180" w:type="dxa"/>
              <w:bottom w:w="140" w:type="dxa"/>
              <w:right w:w="180" w:type="dxa"/>
            </w:tcMar>
          </w:tcPr>
          <w:p w14:paraId="266C35B7" w14:textId="77777777" w:rsidR="00473E84" w:rsidRPr="00130242" w:rsidRDefault="00000000">
            <w:pPr>
              <w:spacing w:after="60"/>
              <w:rPr>
                <w:sz w:val="24"/>
                <w:szCs w:val="28"/>
              </w:rPr>
            </w:pPr>
            <w:r w:rsidRPr="00130242">
              <w:rPr>
                <w:b/>
                <w:color w:val="46581C"/>
                <w:sz w:val="28"/>
                <w:szCs w:val="28"/>
              </w:rPr>
              <w:t>Leave No Trace</w:t>
            </w:r>
          </w:p>
          <w:p w14:paraId="20556408" w14:textId="77777777" w:rsidR="00473E84" w:rsidRPr="00130242" w:rsidRDefault="00000000">
            <w:pPr>
              <w:spacing w:after="0"/>
              <w:rPr>
                <w:sz w:val="24"/>
                <w:szCs w:val="28"/>
              </w:rPr>
            </w:pPr>
            <w:r w:rsidRPr="00130242">
              <w:rPr>
                <w:sz w:val="24"/>
                <w:szCs w:val="28"/>
              </w:rPr>
              <w:t>Please take lunch packaging and other rubbish back to school with you at the end of the visit.</w:t>
            </w:r>
          </w:p>
        </w:tc>
      </w:tr>
    </w:tbl>
    <w:p w14:paraId="0A8483C2" w14:textId="77777777" w:rsidR="00473E84" w:rsidRDefault="00473E84">
      <w:pPr>
        <w:sectPr w:rsidR="00473E84">
          <w:headerReference w:type="even" r:id="rId9"/>
          <w:headerReference w:type="default" r:id="rId10"/>
          <w:footerReference w:type="even" r:id="rId11"/>
          <w:footerReference w:type="default" r:id="rId12"/>
          <w:headerReference w:type="first" r:id="rId13"/>
          <w:footerReference w:type="first" r:id="rId14"/>
          <w:pgSz w:w="12240" w:h="15840"/>
          <w:pgMar w:top="850" w:right="964" w:bottom="850" w:left="964" w:header="340" w:footer="397" w:gutter="0"/>
          <w:cols w:space="720"/>
          <w:docGrid w:linePitch="360"/>
        </w:sectPr>
      </w:pPr>
    </w:p>
    <w:p w14:paraId="18BF60B4" w14:textId="77777777" w:rsidR="00473E84" w:rsidRDefault="00000000">
      <w:pPr>
        <w:pStyle w:val="TWOHeading1"/>
      </w:pPr>
      <w:r>
        <w:lastRenderedPageBreak/>
        <w:t>Risk Assessment Appendix</w:t>
      </w:r>
    </w:p>
    <w:p w14:paraId="00ED87DA" w14:textId="77777777" w:rsidR="00473E84" w:rsidRDefault="00000000">
      <w:pPr>
        <w:pStyle w:val="TWOBody"/>
        <w:spacing w:after="60"/>
      </w:pPr>
      <w:r>
        <w:rPr>
          <w:sz w:val="19"/>
        </w:rPr>
        <w:t>The following detailed risk assessments are included in this pack so that schools can keep the visit information, safety arrangements and supporting assessment together in one document.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4536"/>
      </w:tblGrid>
      <w:tr w:rsidR="00473E84" w14:paraId="16DF79DB" w14:textId="77777777">
        <w:trPr>
          <w:jc w:val="center"/>
        </w:trPr>
        <w:tc>
          <w:tcPr>
            <w:tcW w:w="14536" w:type="dxa"/>
            <w:shd w:val="clear" w:color="auto" w:fill="F6F1E8"/>
            <w:tcMar>
              <w:top w:w="140" w:type="dxa"/>
              <w:left w:w="180" w:type="dxa"/>
              <w:bottom w:w="140" w:type="dxa"/>
              <w:right w:w="180" w:type="dxa"/>
            </w:tcMar>
          </w:tcPr>
          <w:p w14:paraId="33815AFC" w14:textId="77777777" w:rsidR="00473E84" w:rsidRDefault="00000000">
            <w:pPr>
              <w:spacing w:after="60"/>
            </w:pPr>
            <w:r>
              <w:rPr>
                <w:b/>
                <w:color w:val="46581C"/>
                <w:sz w:val="23"/>
              </w:rPr>
              <w:t>Important</w:t>
            </w:r>
          </w:p>
          <w:p w14:paraId="048C5682" w14:textId="77777777" w:rsidR="00473E84" w:rsidRDefault="00000000">
            <w:pPr>
              <w:spacing w:after="0"/>
            </w:pPr>
            <w:r>
              <w:rPr>
                <w:sz w:val="20"/>
              </w:rPr>
              <w:t>These assessments should be read alongside the agreed programme for your visit and any activity-specific or individual risk assessments supplied where relevant. Visiting schools are encouraged to carry out their own pre-visit assessment for their pupils and staff.</w:t>
            </w:r>
          </w:p>
        </w:tc>
      </w:tr>
    </w:tbl>
    <w:p w14:paraId="1652805E" w14:textId="77777777" w:rsidR="00473E84" w:rsidRDefault="00000000">
      <w:pPr>
        <w:pStyle w:val="TWOHeading2"/>
      </w:pPr>
      <w:r>
        <w:t>The World Outside - Activity Risk Assessment</w:t>
      </w:r>
    </w:p>
    <w:tbl>
      <w:tblPr>
        <w:tblW w:w="0" w:type="auto"/>
        <w:jc w:val="center"/>
        <w:tblBorders>
          <w:top w:val="single" w:sz="3" w:space="0" w:color="C9D2C0"/>
          <w:left w:val="single" w:sz="3" w:space="0" w:color="C9D2C0"/>
          <w:bottom w:val="single" w:sz="3" w:space="0" w:color="C9D2C0"/>
          <w:right w:val="single" w:sz="3" w:space="0" w:color="C9D2C0"/>
          <w:insideH w:val="single" w:sz="3" w:space="0" w:color="C9D2C0"/>
          <w:insideV w:val="single" w:sz="3" w:space="0" w:color="C9D2C0"/>
        </w:tblBorders>
        <w:tblLook w:val="04A0" w:firstRow="1" w:lastRow="0" w:firstColumn="1" w:lastColumn="0" w:noHBand="0" w:noVBand="1"/>
      </w:tblPr>
      <w:tblGrid>
        <w:gridCol w:w="2529"/>
        <w:gridCol w:w="2934"/>
        <w:gridCol w:w="2465"/>
        <w:gridCol w:w="2811"/>
        <w:gridCol w:w="3937"/>
      </w:tblGrid>
      <w:tr w:rsidR="00473E84" w14:paraId="51B4D847" w14:textId="77777777" w:rsidTr="005B0B50">
        <w:trPr>
          <w:tblHeader/>
          <w:jc w:val="center"/>
        </w:trPr>
        <w:tc>
          <w:tcPr>
            <w:tcW w:w="0" w:type="auto"/>
            <w:shd w:val="clear" w:color="auto" w:fill="46581C"/>
            <w:tcMar>
              <w:top w:w="55" w:type="dxa"/>
              <w:left w:w="70" w:type="dxa"/>
              <w:bottom w:w="55" w:type="dxa"/>
              <w:right w:w="70" w:type="dxa"/>
            </w:tcMar>
          </w:tcPr>
          <w:p w14:paraId="76136203" w14:textId="77777777" w:rsidR="00473E84" w:rsidRDefault="00000000">
            <w:pPr>
              <w:spacing w:after="24" w:line="240" w:lineRule="auto"/>
            </w:pPr>
            <w:r>
              <w:rPr>
                <w:b/>
                <w:color w:val="FFFFFF"/>
                <w:sz w:val="16"/>
              </w:rPr>
              <w:t>Steps / activity</w:t>
            </w:r>
          </w:p>
        </w:tc>
        <w:tc>
          <w:tcPr>
            <w:tcW w:w="0" w:type="auto"/>
            <w:shd w:val="clear" w:color="auto" w:fill="46581C"/>
            <w:tcMar>
              <w:top w:w="55" w:type="dxa"/>
              <w:left w:w="70" w:type="dxa"/>
              <w:bottom w:w="55" w:type="dxa"/>
              <w:right w:w="70" w:type="dxa"/>
            </w:tcMar>
          </w:tcPr>
          <w:p w14:paraId="60A3F6B3" w14:textId="77777777" w:rsidR="00473E84" w:rsidRDefault="00000000">
            <w:pPr>
              <w:spacing w:after="24" w:line="240" w:lineRule="auto"/>
            </w:pPr>
            <w:r>
              <w:rPr>
                <w:b/>
                <w:color w:val="FFFFFF"/>
                <w:sz w:val="16"/>
              </w:rPr>
              <w:t>Benefit</w:t>
            </w:r>
          </w:p>
        </w:tc>
        <w:tc>
          <w:tcPr>
            <w:tcW w:w="0" w:type="auto"/>
            <w:shd w:val="clear" w:color="auto" w:fill="46581C"/>
            <w:tcMar>
              <w:top w:w="55" w:type="dxa"/>
              <w:left w:w="70" w:type="dxa"/>
              <w:bottom w:w="55" w:type="dxa"/>
              <w:right w:w="70" w:type="dxa"/>
            </w:tcMar>
          </w:tcPr>
          <w:p w14:paraId="0D3C1EF3" w14:textId="77777777" w:rsidR="00473E84" w:rsidRDefault="00000000">
            <w:pPr>
              <w:spacing w:after="24" w:line="240" w:lineRule="auto"/>
            </w:pPr>
            <w:r>
              <w:rPr>
                <w:b/>
                <w:color w:val="FFFFFF"/>
                <w:sz w:val="16"/>
              </w:rPr>
              <w:t>Hazard</w:t>
            </w:r>
          </w:p>
        </w:tc>
        <w:tc>
          <w:tcPr>
            <w:tcW w:w="0" w:type="auto"/>
            <w:shd w:val="clear" w:color="auto" w:fill="46581C"/>
            <w:tcMar>
              <w:top w:w="55" w:type="dxa"/>
              <w:left w:w="70" w:type="dxa"/>
              <w:bottom w:w="55" w:type="dxa"/>
              <w:right w:w="70" w:type="dxa"/>
            </w:tcMar>
          </w:tcPr>
          <w:p w14:paraId="567C15A9" w14:textId="77777777" w:rsidR="00473E84" w:rsidRDefault="00000000">
            <w:pPr>
              <w:spacing w:after="24" w:line="240" w:lineRule="auto"/>
            </w:pPr>
            <w:r>
              <w:rPr>
                <w:b/>
                <w:color w:val="FFFFFF"/>
                <w:sz w:val="16"/>
              </w:rPr>
              <w:t>Risk</w:t>
            </w:r>
          </w:p>
        </w:tc>
        <w:tc>
          <w:tcPr>
            <w:tcW w:w="0" w:type="auto"/>
            <w:shd w:val="clear" w:color="auto" w:fill="46581C"/>
            <w:tcMar>
              <w:top w:w="55" w:type="dxa"/>
              <w:left w:w="70" w:type="dxa"/>
              <w:bottom w:w="55" w:type="dxa"/>
              <w:right w:w="70" w:type="dxa"/>
            </w:tcMar>
          </w:tcPr>
          <w:p w14:paraId="7157D5E0" w14:textId="77777777" w:rsidR="00473E84" w:rsidRDefault="00000000">
            <w:pPr>
              <w:spacing w:after="24" w:line="240" w:lineRule="auto"/>
            </w:pPr>
            <w:r>
              <w:rPr>
                <w:b/>
                <w:color w:val="FFFFFF"/>
                <w:sz w:val="16"/>
              </w:rPr>
              <w:t>Action proposed</w:t>
            </w:r>
          </w:p>
        </w:tc>
      </w:tr>
      <w:tr w:rsidR="00473E84" w14:paraId="36963C63" w14:textId="77777777" w:rsidTr="005B0B50">
        <w:trPr>
          <w:cantSplit/>
          <w:jc w:val="center"/>
        </w:trPr>
        <w:tc>
          <w:tcPr>
            <w:tcW w:w="0" w:type="auto"/>
            <w:tcMar>
              <w:top w:w="45" w:type="dxa"/>
              <w:left w:w="60" w:type="dxa"/>
              <w:bottom w:w="45" w:type="dxa"/>
              <w:right w:w="60" w:type="dxa"/>
            </w:tcMar>
          </w:tcPr>
          <w:p w14:paraId="21D9F6D5" w14:textId="77777777" w:rsidR="00473E84" w:rsidRDefault="00000000">
            <w:pPr>
              <w:spacing w:after="24" w:line="240" w:lineRule="auto"/>
            </w:pPr>
            <w:r>
              <w:rPr>
                <w:b/>
                <w:color w:val="46581C"/>
                <w:sz w:val="14"/>
              </w:rPr>
              <w:t>Meeting area in front of visitors Centre</w:t>
            </w:r>
          </w:p>
        </w:tc>
        <w:tc>
          <w:tcPr>
            <w:tcW w:w="0" w:type="auto"/>
            <w:tcMar>
              <w:top w:w="45" w:type="dxa"/>
              <w:left w:w="60" w:type="dxa"/>
              <w:bottom w:w="45" w:type="dxa"/>
              <w:right w:w="60" w:type="dxa"/>
            </w:tcMar>
          </w:tcPr>
          <w:p w14:paraId="41DF1774" w14:textId="77777777" w:rsidR="00473E84" w:rsidRDefault="00000000">
            <w:pPr>
              <w:spacing w:after="24" w:line="240" w:lineRule="auto"/>
            </w:pPr>
            <w:r>
              <w:rPr>
                <w:color w:val="2A2A2A"/>
                <w:sz w:val="14"/>
              </w:rPr>
              <w:t>Gather all the children together away from the car park/ Use the toilets</w:t>
            </w:r>
          </w:p>
        </w:tc>
        <w:tc>
          <w:tcPr>
            <w:tcW w:w="0" w:type="auto"/>
            <w:tcMar>
              <w:top w:w="45" w:type="dxa"/>
              <w:left w:w="60" w:type="dxa"/>
              <w:bottom w:w="45" w:type="dxa"/>
              <w:right w:w="60" w:type="dxa"/>
            </w:tcMar>
          </w:tcPr>
          <w:p w14:paraId="2693A152" w14:textId="77777777" w:rsidR="00473E84" w:rsidRDefault="00000000">
            <w:pPr>
              <w:spacing w:after="24" w:line="240" w:lineRule="auto"/>
            </w:pPr>
            <w:r>
              <w:rPr>
                <w:color w:val="2A2A2A"/>
                <w:sz w:val="14"/>
              </w:rPr>
              <w:t>Falling in the Lake</w:t>
            </w:r>
          </w:p>
        </w:tc>
        <w:tc>
          <w:tcPr>
            <w:tcW w:w="0" w:type="auto"/>
            <w:tcMar>
              <w:top w:w="45" w:type="dxa"/>
              <w:left w:w="60" w:type="dxa"/>
              <w:bottom w:w="45" w:type="dxa"/>
              <w:right w:w="60" w:type="dxa"/>
            </w:tcMar>
          </w:tcPr>
          <w:p w14:paraId="08A09B03" w14:textId="77777777" w:rsidR="00473E84" w:rsidRDefault="00000000">
            <w:pPr>
              <w:spacing w:after="24" w:line="240" w:lineRule="auto"/>
            </w:pPr>
            <w:r>
              <w:rPr>
                <w:color w:val="2A2A2A"/>
                <w:sz w:val="14"/>
              </w:rPr>
              <w:t>Drowning</w:t>
            </w:r>
          </w:p>
          <w:p w14:paraId="14677BDD" w14:textId="77777777" w:rsidR="00473E84" w:rsidRDefault="00000000">
            <w:pPr>
              <w:spacing w:after="24" w:line="240" w:lineRule="auto"/>
            </w:pPr>
            <w:r>
              <w:rPr>
                <w:color w:val="2A2A2A"/>
                <w:sz w:val="14"/>
              </w:rPr>
              <w:t>Wet clothes and cold</w:t>
            </w:r>
          </w:p>
        </w:tc>
        <w:tc>
          <w:tcPr>
            <w:tcW w:w="0" w:type="auto"/>
            <w:tcMar>
              <w:top w:w="45" w:type="dxa"/>
              <w:left w:w="60" w:type="dxa"/>
              <w:bottom w:w="45" w:type="dxa"/>
              <w:right w:w="60" w:type="dxa"/>
            </w:tcMar>
          </w:tcPr>
          <w:p w14:paraId="6107827C" w14:textId="77777777" w:rsidR="00473E84" w:rsidRDefault="00000000">
            <w:pPr>
              <w:spacing w:after="24" w:line="240" w:lineRule="auto"/>
            </w:pPr>
            <w:r>
              <w:rPr>
                <w:color w:val="2A2A2A"/>
                <w:sz w:val="14"/>
              </w:rPr>
              <w:t>Keep children  under control and together</w:t>
            </w:r>
          </w:p>
          <w:p w14:paraId="7825A789" w14:textId="77777777" w:rsidR="00473E84" w:rsidRDefault="00000000">
            <w:pPr>
              <w:spacing w:after="24" w:line="240" w:lineRule="auto"/>
            </w:pPr>
            <w:r>
              <w:rPr>
                <w:color w:val="2A2A2A"/>
                <w:sz w:val="14"/>
              </w:rPr>
              <w:t>Move to activity site as soon as possible</w:t>
            </w:r>
          </w:p>
          <w:p w14:paraId="57992077" w14:textId="77777777" w:rsidR="00473E84" w:rsidRDefault="00000000">
            <w:pPr>
              <w:spacing w:after="24" w:line="240" w:lineRule="auto"/>
            </w:pPr>
            <w:r>
              <w:rPr>
                <w:color w:val="2A2A2A"/>
                <w:sz w:val="14"/>
              </w:rPr>
              <w:t>Keep children away from the edge of the pool</w:t>
            </w:r>
          </w:p>
          <w:p w14:paraId="287F4C13" w14:textId="77777777" w:rsidR="00473E84" w:rsidRDefault="00000000">
            <w:pPr>
              <w:spacing w:after="24" w:line="240" w:lineRule="auto"/>
            </w:pPr>
            <w:r>
              <w:rPr>
                <w:color w:val="2A2A2A"/>
                <w:sz w:val="14"/>
              </w:rPr>
              <w:t>Children to be supervised by adults  at all times including use of arboretum facilities i.e. toilets</w:t>
            </w:r>
          </w:p>
        </w:tc>
      </w:tr>
      <w:tr w:rsidR="00473E84" w14:paraId="2375AD99" w14:textId="77777777" w:rsidTr="005B0B50">
        <w:trPr>
          <w:cantSplit/>
          <w:jc w:val="center"/>
        </w:trPr>
        <w:tc>
          <w:tcPr>
            <w:tcW w:w="0" w:type="auto"/>
            <w:shd w:val="clear" w:color="auto" w:fill="F8FAF5"/>
            <w:tcMar>
              <w:top w:w="45" w:type="dxa"/>
              <w:left w:w="60" w:type="dxa"/>
              <w:bottom w:w="45" w:type="dxa"/>
              <w:right w:w="60" w:type="dxa"/>
            </w:tcMar>
          </w:tcPr>
          <w:p w14:paraId="3C976061" w14:textId="77777777" w:rsidR="00473E84" w:rsidRDefault="00000000">
            <w:pPr>
              <w:spacing w:after="24" w:line="240" w:lineRule="auto"/>
            </w:pPr>
            <w:r>
              <w:rPr>
                <w:b/>
                <w:color w:val="46581C"/>
                <w:sz w:val="14"/>
              </w:rPr>
              <w:t>Children’s health and Welfare and Safeguarding</w:t>
            </w:r>
          </w:p>
          <w:p w14:paraId="16594ED8" w14:textId="77777777" w:rsidR="00473E84" w:rsidRDefault="00000000">
            <w:pPr>
              <w:spacing w:after="24" w:line="240" w:lineRule="auto"/>
            </w:pPr>
            <w:r>
              <w:rPr>
                <w:b/>
                <w:color w:val="46581C"/>
                <w:sz w:val="14"/>
              </w:rPr>
              <w:t>(See Policies and Procedures)</w:t>
            </w:r>
          </w:p>
        </w:tc>
        <w:tc>
          <w:tcPr>
            <w:tcW w:w="0" w:type="auto"/>
            <w:shd w:val="clear" w:color="auto" w:fill="F8FAF5"/>
            <w:tcMar>
              <w:top w:w="45" w:type="dxa"/>
              <w:left w:w="60" w:type="dxa"/>
              <w:bottom w:w="45" w:type="dxa"/>
              <w:right w:w="60" w:type="dxa"/>
            </w:tcMar>
          </w:tcPr>
          <w:p w14:paraId="7B3273A1" w14:textId="77777777" w:rsidR="00473E84" w:rsidRDefault="00000000">
            <w:pPr>
              <w:spacing w:after="24" w:line="240" w:lineRule="auto"/>
            </w:pPr>
            <w:r>
              <w:rPr>
                <w:color w:val="2A2A2A"/>
                <w:sz w:val="14"/>
              </w:rPr>
              <w:t>To ensure that the children have a fun and happy trip and return home safely</w:t>
            </w:r>
          </w:p>
        </w:tc>
        <w:tc>
          <w:tcPr>
            <w:tcW w:w="0" w:type="auto"/>
            <w:shd w:val="clear" w:color="auto" w:fill="F8FAF5"/>
            <w:tcMar>
              <w:top w:w="45" w:type="dxa"/>
              <w:left w:w="60" w:type="dxa"/>
              <w:bottom w:w="45" w:type="dxa"/>
              <w:right w:w="60" w:type="dxa"/>
            </w:tcMar>
          </w:tcPr>
          <w:p w14:paraId="598AEC69" w14:textId="77777777" w:rsidR="00473E84" w:rsidRDefault="00000000">
            <w:pPr>
              <w:spacing w:after="24" w:line="240" w:lineRule="auto"/>
            </w:pPr>
            <w:r>
              <w:rPr>
                <w:color w:val="2A2A2A"/>
                <w:sz w:val="14"/>
              </w:rPr>
              <w:t>Medical conditions</w:t>
            </w:r>
          </w:p>
          <w:p w14:paraId="419C5AFA" w14:textId="77777777" w:rsidR="00473E84" w:rsidRDefault="00000000">
            <w:pPr>
              <w:spacing w:after="24" w:line="240" w:lineRule="auto"/>
            </w:pPr>
            <w:r>
              <w:rPr>
                <w:color w:val="2A2A2A"/>
                <w:sz w:val="14"/>
              </w:rPr>
              <w:t>Incorrect clothing</w:t>
            </w:r>
          </w:p>
          <w:p w14:paraId="265AF2B4" w14:textId="77777777" w:rsidR="00473E84" w:rsidRDefault="00000000">
            <w:pPr>
              <w:spacing w:after="24" w:line="240" w:lineRule="auto"/>
            </w:pPr>
            <w:r>
              <w:rPr>
                <w:color w:val="2A2A2A"/>
                <w:sz w:val="14"/>
              </w:rPr>
              <w:t>General Public</w:t>
            </w:r>
          </w:p>
        </w:tc>
        <w:tc>
          <w:tcPr>
            <w:tcW w:w="0" w:type="auto"/>
            <w:shd w:val="clear" w:color="auto" w:fill="F8FAF5"/>
            <w:tcMar>
              <w:top w:w="45" w:type="dxa"/>
              <w:left w:w="60" w:type="dxa"/>
              <w:bottom w:w="45" w:type="dxa"/>
              <w:right w:w="60" w:type="dxa"/>
            </w:tcMar>
          </w:tcPr>
          <w:p w14:paraId="0A1D9A9E" w14:textId="77777777" w:rsidR="00473E84" w:rsidRDefault="00000000">
            <w:pPr>
              <w:spacing w:after="24" w:line="240" w:lineRule="auto"/>
            </w:pPr>
            <w:r>
              <w:rPr>
                <w:color w:val="2A2A2A"/>
                <w:sz w:val="14"/>
              </w:rPr>
              <w:t>Allergies Asthma</w:t>
            </w:r>
          </w:p>
          <w:p w14:paraId="2CC14DDB" w14:textId="77777777" w:rsidR="00473E84" w:rsidRDefault="00000000">
            <w:pPr>
              <w:spacing w:after="24" w:line="240" w:lineRule="auto"/>
            </w:pPr>
            <w:r>
              <w:rPr>
                <w:color w:val="2A2A2A"/>
                <w:sz w:val="14"/>
              </w:rPr>
              <w:t>Cold</w:t>
            </w:r>
          </w:p>
          <w:p w14:paraId="0ED495B7" w14:textId="77777777" w:rsidR="00473E84" w:rsidRDefault="00000000">
            <w:pPr>
              <w:spacing w:after="24" w:line="240" w:lineRule="auto"/>
            </w:pPr>
            <w:r>
              <w:rPr>
                <w:color w:val="2A2A2A"/>
                <w:sz w:val="14"/>
              </w:rPr>
              <w:t>Hyperthermia</w:t>
            </w:r>
          </w:p>
          <w:p w14:paraId="0C804814" w14:textId="77777777" w:rsidR="00473E84" w:rsidRDefault="00000000">
            <w:pPr>
              <w:spacing w:after="24" w:line="240" w:lineRule="auto"/>
            </w:pPr>
            <w:r>
              <w:rPr>
                <w:color w:val="2A2A2A"/>
                <w:sz w:val="14"/>
              </w:rPr>
              <w:t>Sunburn</w:t>
            </w:r>
          </w:p>
          <w:p w14:paraId="3059DC64" w14:textId="77777777" w:rsidR="00473E84" w:rsidRDefault="00000000">
            <w:pPr>
              <w:spacing w:after="24" w:line="240" w:lineRule="auto"/>
            </w:pPr>
            <w:r>
              <w:rPr>
                <w:color w:val="2A2A2A"/>
                <w:sz w:val="14"/>
              </w:rPr>
              <w:t>Inappropriate contact with other people</w:t>
            </w:r>
          </w:p>
        </w:tc>
        <w:tc>
          <w:tcPr>
            <w:tcW w:w="0" w:type="auto"/>
            <w:shd w:val="clear" w:color="auto" w:fill="F8FAF5"/>
            <w:tcMar>
              <w:top w:w="45" w:type="dxa"/>
              <w:left w:w="60" w:type="dxa"/>
              <w:bottom w:w="45" w:type="dxa"/>
              <w:right w:w="60" w:type="dxa"/>
            </w:tcMar>
          </w:tcPr>
          <w:p w14:paraId="0268B9DB" w14:textId="77777777" w:rsidR="00473E84" w:rsidRDefault="00000000">
            <w:pPr>
              <w:spacing w:after="24" w:line="240" w:lineRule="auto"/>
            </w:pPr>
            <w:r>
              <w:rPr>
                <w:color w:val="2A2A2A"/>
                <w:sz w:val="14"/>
              </w:rPr>
              <w:t>Ensure medication is at hand forest school leader is aware</w:t>
            </w:r>
          </w:p>
          <w:p w14:paraId="06AEABA7" w14:textId="77777777" w:rsidR="00473E84" w:rsidRDefault="00000000">
            <w:pPr>
              <w:spacing w:after="24" w:line="240" w:lineRule="auto"/>
            </w:pPr>
            <w:r>
              <w:rPr>
                <w:color w:val="2A2A2A"/>
                <w:sz w:val="14"/>
              </w:rPr>
              <w:t>Check clothing on arrival</w:t>
            </w:r>
          </w:p>
          <w:p w14:paraId="75FBD5C5" w14:textId="77777777" w:rsidR="00473E84" w:rsidRDefault="00000000">
            <w:pPr>
              <w:spacing w:after="24" w:line="240" w:lineRule="auto"/>
            </w:pPr>
            <w:r>
              <w:rPr>
                <w:color w:val="2A2A2A"/>
                <w:sz w:val="14"/>
              </w:rPr>
              <w:t>Avoid days when arboretum is open to the public</w:t>
            </w:r>
          </w:p>
          <w:p w14:paraId="5944EEED" w14:textId="77777777" w:rsidR="00473E84" w:rsidRDefault="00000000">
            <w:pPr>
              <w:spacing w:after="24" w:line="240" w:lineRule="auto"/>
            </w:pPr>
            <w:r>
              <w:rPr>
                <w:color w:val="2A2A2A"/>
                <w:sz w:val="14"/>
              </w:rPr>
              <w:t>Avoid days/area with high concentration of public.</w:t>
            </w:r>
          </w:p>
          <w:p w14:paraId="448EDB48" w14:textId="77777777" w:rsidR="00473E84" w:rsidRDefault="00000000">
            <w:pPr>
              <w:spacing w:after="24" w:line="240" w:lineRule="auto"/>
            </w:pPr>
            <w:r>
              <w:rPr>
                <w:color w:val="2A2A2A"/>
                <w:sz w:val="14"/>
              </w:rPr>
              <w:t>Close supervision when in public areas</w:t>
            </w:r>
          </w:p>
          <w:p w14:paraId="377F2330" w14:textId="77777777" w:rsidR="00473E84" w:rsidRDefault="00000000">
            <w:pPr>
              <w:spacing w:after="24" w:line="240" w:lineRule="auto"/>
            </w:pPr>
            <w:r>
              <w:rPr>
                <w:color w:val="2A2A2A"/>
                <w:sz w:val="14"/>
              </w:rPr>
              <w:t>Closely supervise toilet use</w:t>
            </w:r>
          </w:p>
        </w:tc>
      </w:tr>
      <w:tr w:rsidR="00473E84" w14:paraId="22D15E8D" w14:textId="77777777" w:rsidTr="005B0B50">
        <w:trPr>
          <w:cantSplit/>
          <w:jc w:val="center"/>
        </w:trPr>
        <w:tc>
          <w:tcPr>
            <w:tcW w:w="0" w:type="auto"/>
            <w:tcMar>
              <w:top w:w="45" w:type="dxa"/>
              <w:left w:w="60" w:type="dxa"/>
              <w:bottom w:w="45" w:type="dxa"/>
              <w:right w:w="60" w:type="dxa"/>
            </w:tcMar>
          </w:tcPr>
          <w:p w14:paraId="74919328" w14:textId="77777777" w:rsidR="00473E84" w:rsidRDefault="00000000">
            <w:pPr>
              <w:spacing w:after="24" w:line="240" w:lineRule="auto"/>
            </w:pPr>
            <w:r>
              <w:rPr>
                <w:b/>
                <w:color w:val="46581C"/>
                <w:sz w:val="14"/>
              </w:rPr>
              <w:t>Walking to site</w:t>
            </w:r>
          </w:p>
        </w:tc>
        <w:tc>
          <w:tcPr>
            <w:tcW w:w="0" w:type="auto"/>
            <w:tcMar>
              <w:top w:w="45" w:type="dxa"/>
              <w:left w:w="60" w:type="dxa"/>
              <w:bottom w:w="45" w:type="dxa"/>
              <w:right w:w="60" w:type="dxa"/>
            </w:tcMar>
          </w:tcPr>
          <w:p w14:paraId="0FC757CD" w14:textId="77777777" w:rsidR="00473E84" w:rsidRDefault="00000000">
            <w:pPr>
              <w:spacing w:after="24" w:line="240" w:lineRule="auto"/>
            </w:pPr>
            <w:r>
              <w:rPr>
                <w:color w:val="2A2A2A"/>
                <w:sz w:val="14"/>
              </w:rPr>
              <w:t>To get to site from meeting area</w:t>
            </w:r>
          </w:p>
        </w:tc>
        <w:tc>
          <w:tcPr>
            <w:tcW w:w="0" w:type="auto"/>
            <w:tcMar>
              <w:top w:w="45" w:type="dxa"/>
              <w:left w:w="60" w:type="dxa"/>
              <w:bottom w:w="45" w:type="dxa"/>
              <w:right w:w="60" w:type="dxa"/>
            </w:tcMar>
          </w:tcPr>
          <w:p w14:paraId="6D800719" w14:textId="77777777" w:rsidR="00473E84" w:rsidRDefault="00000000">
            <w:pPr>
              <w:spacing w:after="24" w:line="240" w:lineRule="auto"/>
            </w:pPr>
            <w:r>
              <w:rPr>
                <w:color w:val="2A2A2A"/>
                <w:sz w:val="14"/>
              </w:rPr>
              <w:t>Car park – moving vehicles</w:t>
            </w:r>
          </w:p>
          <w:p w14:paraId="639D29B0" w14:textId="77777777" w:rsidR="00473E84" w:rsidRDefault="00000000">
            <w:pPr>
              <w:spacing w:after="24" w:line="240" w:lineRule="auto"/>
            </w:pPr>
            <w:r>
              <w:rPr>
                <w:color w:val="2A2A2A"/>
                <w:sz w:val="14"/>
              </w:rPr>
              <w:t>Lake</w:t>
            </w:r>
          </w:p>
          <w:p w14:paraId="1F553C73" w14:textId="77777777" w:rsidR="00473E84" w:rsidRDefault="00000000">
            <w:pPr>
              <w:spacing w:after="24" w:line="240" w:lineRule="auto"/>
            </w:pPr>
            <w:r>
              <w:rPr>
                <w:color w:val="2A2A2A"/>
                <w:sz w:val="14"/>
              </w:rPr>
              <w:t>Farm animals</w:t>
            </w:r>
          </w:p>
          <w:p w14:paraId="23FCD6C1" w14:textId="77777777" w:rsidR="00473E84" w:rsidRDefault="00000000">
            <w:pPr>
              <w:spacing w:after="24" w:line="240" w:lineRule="auto"/>
            </w:pPr>
            <w:r>
              <w:rPr>
                <w:color w:val="2A2A2A"/>
                <w:sz w:val="14"/>
              </w:rPr>
              <w:t>(see below)</w:t>
            </w:r>
          </w:p>
          <w:p w14:paraId="35C76ED3" w14:textId="77777777" w:rsidR="00473E84" w:rsidRDefault="00000000">
            <w:pPr>
              <w:spacing w:after="24" w:line="240" w:lineRule="auto"/>
            </w:pPr>
            <w:r>
              <w:rPr>
                <w:color w:val="2A2A2A"/>
                <w:sz w:val="14"/>
              </w:rPr>
              <w:t>Farm vehicles</w:t>
            </w:r>
          </w:p>
        </w:tc>
        <w:tc>
          <w:tcPr>
            <w:tcW w:w="0" w:type="auto"/>
            <w:tcMar>
              <w:top w:w="45" w:type="dxa"/>
              <w:left w:w="60" w:type="dxa"/>
              <w:bottom w:w="45" w:type="dxa"/>
              <w:right w:w="60" w:type="dxa"/>
            </w:tcMar>
          </w:tcPr>
          <w:p w14:paraId="3EF35DC8" w14:textId="77777777" w:rsidR="00473E84" w:rsidRDefault="00000000">
            <w:pPr>
              <w:spacing w:after="24" w:line="240" w:lineRule="auto"/>
            </w:pPr>
            <w:r>
              <w:rPr>
                <w:color w:val="2A2A2A"/>
                <w:sz w:val="14"/>
              </w:rPr>
              <w:t>Hit by vehicles</w:t>
            </w:r>
          </w:p>
          <w:p w14:paraId="1961A64A" w14:textId="77777777" w:rsidR="00473E84" w:rsidRDefault="00000000">
            <w:pPr>
              <w:spacing w:after="24" w:line="240" w:lineRule="auto"/>
            </w:pPr>
            <w:r>
              <w:rPr>
                <w:color w:val="2A2A2A"/>
                <w:sz w:val="14"/>
              </w:rPr>
              <w:t>Drowning</w:t>
            </w:r>
          </w:p>
          <w:p w14:paraId="5235162F" w14:textId="77777777" w:rsidR="00473E84" w:rsidRDefault="00000000">
            <w:pPr>
              <w:spacing w:after="24" w:line="240" w:lineRule="auto"/>
            </w:pPr>
            <w:r>
              <w:rPr>
                <w:color w:val="2A2A2A"/>
                <w:sz w:val="14"/>
              </w:rPr>
              <w:t>Bites</w:t>
            </w:r>
          </w:p>
          <w:p w14:paraId="59A0F6D8" w14:textId="77777777" w:rsidR="00473E84" w:rsidRDefault="00000000">
            <w:pPr>
              <w:spacing w:after="24" w:line="240" w:lineRule="auto"/>
            </w:pPr>
            <w:r>
              <w:rPr>
                <w:color w:val="2A2A2A"/>
                <w:sz w:val="14"/>
              </w:rPr>
              <w:t>Scratches</w:t>
            </w:r>
          </w:p>
          <w:p w14:paraId="0F2A9A48" w14:textId="77777777" w:rsidR="00473E84" w:rsidRDefault="00000000">
            <w:pPr>
              <w:spacing w:after="24" w:line="240" w:lineRule="auto"/>
            </w:pPr>
            <w:r>
              <w:rPr>
                <w:color w:val="2A2A2A"/>
                <w:sz w:val="14"/>
              </w:rPr>
              <w:t>Zoonosis –Diseases/bacteria</w:t>
            </w:r>
          </w:p>
          <w:p w14:paraId="706D7F84" w14:textId="77777777" w:rsidR="00473E84" w:rsidRDefault="00000000">
            <w:pPr>
              <w:spacing w:after="24" w:line="240" w:lineRule="auto"/>
            </w:pPr>
            <w:r>
              <w:rPr>
                <w:color w:val="2A2A2A"/>
                <w:sz w:val="14"/>
              </w:rPr>
              <w:t>Trampling</w:t>
            </w:r>
          </w:p>
          <w:p w14:paraId="33C1D01B" w14:textId="77777777" w:rsidR="00473E84" w:rsidRDefault="00000000">
            <w:pPr>
              <w:spacing w:after="24" w:line="240" w:lineRule="auto"/>
            </w:pPr>
            <w:r>
              <w:rPr>
                <w:color w:val="2A2A2A"/>
                <w:sz w:val="14"/>
              </w:rPr>
              <w:t>Setting loose</w:t>
            </w:r>
          </w:p>
        </w:tc>
        <w:tc>
          <w:tcPr>
            <w:tcW w:w="0" w:type="auto"/>
            <w:tcMar>
              <w:top w:w="45" w:type="dxa"/>
              <w:left w:w="60" w:type="dxa"/>
              <w:bottom w:w="45" w:type="dxa"/>
              <w:right w:w="60" w:type="dxa"/>
            </w:tcMar>
          </w:tcPr>
          <w:p w14:paraId="2D597E0B" w14:textId="77777777" w:rsidR="00473E84" w:rsidRDefault="00000000">
            <w:pPr>
              <w:spacing w:after="24" w:line="240" w:lineRule="auto"/>
            </w:pPr>
            <w:r>
              <w:rPr>
                <w:color w:val="2A2A2A"/>
                <w:sz w:val="14"/>
              </w:rPr>
              <w:t>Walk to site together, supervision by Adults.</w:t>
            </w:r>
          </w:p>
          <w:p w14:paraId="5D45247E" w14:textId="77777777" w:rsidR="00473E84" w:rsidRDefault="00000000">
            <w:pPr>
              <w:spacing w:after="24" w:line="240" w:lineRule="auto"/>
            </w:pPr>
            <w:r>
              <w:rPr>
                <w:color w:val="2A2A2A"/>
                <w:sz w:val="14"/>
              </w:rPr>
              <w:t>Adult to lead the group, adults spread through the group.</w:t>
            </w:r>
          </w:p>
          <w:p w14:paraId="4095CDF7" w14:textId="77777777" w:rsidR="00473E84" w:rsidRDefault="00000000">
            <w:pPr>
              <w:spacing w:after="24" w:line="240" w:lineRule="auto"/>
            </w:pPr>
            <w:r>
              <w:rPr>
                <w:color w:val="2A2A2A"/>
                <w:sz w:val="14"/>
              </w:rPr>
              <w:t>At least one adult at the rear.</w:t>
            </w:r>
          </w:p>
          <w:p w14:paraId="4E0B4E8D" w14:textId="77777777" w:rsidR="00473E84" w:rsidRDefault="00000000">
            <w:pPr>
              <w:spacing w:after="24" w:line="240" w:lineRule="auto"/>
            </w:pPr>
            <w:r>
              <w:rPr>
                <w:color w:val="2A2A2A"/>
                <w:sz w:val="14"/>
              </w:rPr>
              <w:t>Shut the gates</w:t>
            </w:r>
          </w:p>
        </w:tc>
      </w:tr>
      <w:tr w:rsidR="00473E84" w14:paraId="44100A83" w14:textId="77777777" w:rsidTr="005B0B50">
        <w:trPr>
          <w:cantSplit/>
          <w:jc w:val="center"/>
        </w:trPr>
        <w:tc>
          <w:tcPr>
            <w:tcW w:w="0" w:type="auto"/>
            <w:shd w:val="clear" w:color="auto" w:fill="F8FAF5"/>
            <w:tcMar>
              <w:top w:w="45" w:type="dxa"/>
              <w:left w:w="60" w:type="dxa"/>
              <w:bottom w:w="45" w:type="dxa"/>
              <w:right w:w="60" w:type="dxa"/>
            </w:tcMar>
          </w:tcPr>
          <w:p w14:paraId="55250D34" w14:textId="77777777" w:rsidR="00473E84" w:rsidRDefault="00000000">
            <w:pPr>
              <w:spacing w:after="24" w:line="240" w:lineRule="auto"/>
            </w:pPr>
            <w:r>
              <w:rPr>
                <w:b/>
                <w:color w:val="46581C"/>
                <w:sz w:val="14"/>
              </w:rPr>
              <w:t>Entering Site</w:t>
            </w:r>
          </w:p>
        </w:tc>
        <w:tc>
          <w:tcPr>
            <w:tcW w:w="0" w:type="auto"/>
            <w:shd w:val="clear" w:color="auto" w:fill="F8FAF5"/>
            <w:tcMar>
              <w:top w:w="45" w:type="dxa"/>
              <w:left w:w="60" w:type="dxa"/>
              <w:bottom w:w="45" w:type="dxa"/>
              <w:right w:w="60" w:type="dxa"/>
            </w:tcMar>
          </w:tcPr>
          <w:p w14:paraId="097876C2" w14:textId="77777777" w:rsidR="00473E84" w:rsidRDefault="00000000">
            <w:pPr>
              <w:spacing w:after="24" w:line="240" w:lineRule="auto"/>
            </w:pPr>
            <w:r>
              <w:rPr>
                <w:color w:val="2A2A2A"/>
                <w:sz w:val="14"/>
              </w:rPr>
              <w:t>To access site</w:t>
            </w:r>
          </w:p>
        </w:tc>
        <w:tc>
          <w:tcPr>
            <w:tcW w:w="0" w:type="auto"/>
            <w:shd w:val="clear" w:color="auto" w:fill="F8FAF5"/>
            <w:tcMar>
              <w:top w:w="45" w:type="dxa"/>
              <w:left w:w="60" w:type="dxa"/>
              <w:bottom w:w="45" w:type="dxa"/>
              <w:right w:w="60" w:type="dxa"/>
            </w:tcMar>
          </w:tcPr>
          <w:p w14:paraId="6D70B568" w14:textId="77777777" w:rsidR="00473E84" w:rsidRDefault="00000000">
            <w:pPr>
              <w:spacing w:after="24" w:line="240" w:lineRule="auto"/>
            </w:pPr>
            <w:r>
              <w:rPr>
                <w:color w:val="2A2A2A"/>
                <w:sz w:val="14"/>
              </w:rPr>
              <w:t>Barbed wire –</w:t>
            </w:r>
          </w:p>
          <w:p w14:paraId="17EC5B2F" w14:textId="77777777" w:rsidR="00473E84" w:rsidRDefault="00000000">
            <w:pPr>
              <w:spacing w:after="24" w:line="240" w:lineRule="auto"/>
            </w:pPr>
            <w:r>
              <w:rPr>
                <w:color w:val="2A2A2A"/>
                <w:sz w:val="14"/>
              </w:rPr>
              <w:t>Slip and trip</w:t>
            </w:r>
          </w:p>
        </w:tc>
        <w:tc>
          <w:tcPr>
            <w:tcW w:w="0" w:type="auto"/>
            <w:shd w:val="clear" w:color="auto" w:fill="F8FAF5"/>
            <w:tcMar>
              <w:top w:w="45" w:type="dxa"/>
              <w:left w:w="60" w:type="dxa"/>
              <w:bottom w:w="45" w:type="dxa"/>
              <w:right w:w="60" w:type="dxa"/>
            </w:tcMar>
          </w:tcPr>
          <w:p w14:paraId="6172CC0D" w14:textId="77777777" w:rsidR="00473E84" w:rsidRDefault="00000000">
            <w:pPr>
              <w:spacing w:after="24" w:line="240" w:lineRule="auto"/>
            </w:pPr>
            <w:r>
              <w:rPr>
                <w:color w:val="2A2A2A"/>
                <w:sz w:val="14"/>
              </w:rPr>
              <w:t>puncture wounds , scratches and gashes</w:t>
            </w:r>
          </w:p>
          <w:p w14:paraId="0C0AEE7C" w14:textId="77777777" w:rsidR="00473E84" w:rsidRDefault="00000000">
            <w:pPr>
              <w:spacing w:after="24" w:line="240" w:lineRule="auto"/>
            </w:pPr>
            <w:r>
              <w:rPr>
                <w:color w:val="2A2A2A"/>
                <w:sz w:val="14"/>
              </w:rPr>
              <w:t>Ankle/leg back injuries</w:t>
            </w:r>
          </w:p>
        </w:tc>
        <w:tc>
          <w:tcPr>
            <w:tcW w:w="0" w:type="auto"/>
            <w:shd w:val="clear" w:color="auto" w:fill="F8FAF5"/>
            <w:tcMar>
              <w:top w:w="45" w:type="dxa"/>
              <w:left w:w="60" w:type="dxa"/>
              <w:bottom w:w="45" w:type="dxa"/>
              <w:right w:w="60" w:type="dxa"/>
            </w:tcMar>
          </w:tcPr>
          <w:p w14:paraId="1A6BC3C5" w14:textId="77777777" w:rsidR="00473E84" w:rsidRDefault="00000000">
            <w:pPr>
              <w:spacing w:after="24" w:line="240" w:lineRule="auto"/>
            </w:pPr>
            <w:r>
              <w:rPr>
                <w:color w:val="2A2A2A"/>
                <w:sz w:val="14"/>
              </w:rPr>
              <w:t>Warn participants</w:t>
            </w:r>
          </w:p>
          <w:p w14:paraId="3342234D" w14:textId="77777777" w:rsidR="00473E84" w:rsidRDefault="00000000">
            <w:pPr>
              <w:spacing w:after="24" w:line="240" w:lineRule="auto"/>
            </w:pPr>
            <w:r>
              <w:rPr>
                <w:color w:val="2A2A2A"/>
                <w:sz w:val="14"/>
              </w:rPr>
              <w:t>Avoid activities near the fence</w:t>
            </w:r>
          </w:p>
          <w:p w14:paraId="0B51066F" w14:textId="77777777" w:rsidR="00473E84" w:rsidRDefault="00000000">
            <w:pPr>
              <w:spacing w:after="24" w:line="240" w:lineRule="auto"/>
            </w:pPr>
            <w:r>
              <w:rPr>
                <w:color w:val="2A2A2A"/>
                <w:sz w:val="14"/>
              </w:rPr>
              <w:t>No running</w:t>
            </w:r>
          </w:p>
          <w:p w14:paraId="3E709269" w14:textId="77777777" w:rsidR="00473E84" w:rsidRDefault="00000000">
            <w:pPr>
              <w:spacing w:after="24" w:line="240" w:lineRule="auto"/>
            </w:pPr>
            <w:r>
              <w:rPr>
                <w:color w:val="2A2A2A"/>
                <w:sz w:val="14"/>
              </w:rPr>
              <w:t>Sturdy footwear</w:t>
            </w:r>
          </w:p>
          <w:p w14:paraId="7FADA7EC" w14:textId="77777777" w:rsidR="00473E84" w:rsidRDefault="00000000">
            <w:pPr>
              <w:spacing w:after="24" w:line="240" w:lineRule="auto"/>
            </w:pPr>
            <w:r>
              <w:rPr>
                <w:color w:val="2A2A2A"/>
                <w:sz w:val="14"/>
              </w:rPr>
              <w:t>Shut the gate</w:t>
            </w:r>
          </w:p>
        </w:tc>
      </w:tr>
      <w:tr w:rsidR="00473E84" w14:paraId="7AF6B991" w14:textId="77777777" w:rsidTr="005B0B50">
        <w:trPr>
          <w:cantSplit/>
          <w:jc w:val="center"/>
        </w:trPr>
        <w:tc>
          <w:tcPr>
            <w:tcW w:w="0" w:type="auto"/>
            <w:tcMar>
              <w:top w:w="45" w:type="dxa"/>
              <w:left w:w="60" w:type="dxa"/>
              <w:bottom w:w="45" w:type="dxa"/>
              <w:right w:w="60" w:type="dxa"/>
            </w:tcMar>
          </w:tcPr>
          <w:p w14:paraId="36700E25" w14:textId="77777777" w:rsidR="00473E84" w:rsidRDefault="00000000">
            <w:pPr>
              <w:spacing w:after="24" w:line="240" w:lineRule="auto"/>
            </w:pPr>
            <w:r>
              <w:rPr>
                <w:b/>
                <w:color w:val="46581C"/>
                <w:sz w:val="14"/>
              </w:rPr>
              <w:t>Movement of wheel chairs/ pushchairs around the arboretum and site</w:t>
            </w:r>
          </w:p>
        </w:tc>
        <w:tc>
          <w:tcPr>
            <w:tcW w:w="0" w:type="auto"/>
            <w:tcMar>
              <w:top w:w="45" w:type="dxa"/>
              <w:left w:w="60" w:type="dxa"/>
              <w:bottom w:w="45" w:type="dxa"/>
              <w:right w:w="60" w:type="dxa"/>
            </w:tcMar>
          </w:tcPr>
          <w:p w14:paraId="03DB7105" w14:textId="77777777" w:rsidR="00473E84" w:rsidRDefault="00000000">
            <w:pPr>
              <w:spacing w:after="24" w:line="240" w:lineRule="auto"/>
            </w:pPr>
            <w:r>
              <w:rPr>
                <w:color w:val="2A2A2A"/>
                <w:sz w:val="14"/>
              </w:rPr>
              <w:t>To allow non-walkers and new walkers opportunity to get to access site and allow carers to bring older children with young siblings</w:t>
            </w:r>
          </w:p>
        </w:tc>
        <w:tc>
          <w:tcPr>
            <w:tcW w:w="0" w:type="auto"/>
            <w:tcMar>
              <w:top w:w="45" w:type="dxa"/>
              <w:left w:w="60" w:type="dxa"/>
              <w:bottom w:w="45" w:type="dxa"/>
              <w:right w:w="60" w:type="dxa"/>
            </w:tcMar>
          </w:tcPr>
          <w:p w14:paraId="148B7C8C" w14:textId="77777777" w:rsidR="00473E84" w:rsidRDefault="00000000">
            <w:pPr>
              <w:spacing w:after="24" w:line="240" w:lineRule="auto"/>
            </w:pPr>
            <w:r>
              <w:rPr>
                <w:color w:val="2A2A2A"/>
                <w:sz w:val="14"/>
              </w:rPr>
              <w:t>Pushing buggy/ wheel chair over uneven and soft ground</w:t>
            </w:r>
          </w:p>
        </w:tc>
        <w:tc>
          <w:tcPr>
            <w:tcW w:w="0" w:type="auto"/>
            <w:tcMar>
              <w:top w:w="45" w:type="dxa"/>
              <w:left w:w="60" w:type="dxa"/>
              <w:bottom w:w="45" w:type="dxa"/>
              <w:right w:w="60" w:type="dxa"/>
            </w:tcMar>
          </w:tcPr>
          <w:p w14:paraId="4635D562" w14:textId="77777777" w:rsidR="00473E84" w:rsidRDefault="00000000">
            <w:pPr>
              <w:spacing w:after="24" w:line="240" w:lineRule="auto"/>
            </w:pPr>
            <w:r>
              <w:rPr>
                <w:color w:val="2A2A2A"/>
                <w:sz w:val="14"/>
              </w:rPr>
              <w:t>Strains/pulled muscles</w:t>
            </w:r>
          </w:p>
          <w:p w14:paraId="1A47F83B" w14:textId="77777777" w:rsidR="00473E84" w:rsidRDefault="00000000">
            <w:pPr>
              <w:spacing w:after="24" w:line="240" w:lineRule="auto"/>
            </w:pPr>
            <w:r>
              <w:rPr>
                <w:color w:val="2A2A2A"/>
                <w:sz w:val="14"/>
              </w:rPr>
              <w:t>Jolting of child</w:t>
            </w:r>
          </w:p>
          <w:p w14:paraId="560AAAED" w14:textId="77777777" w:rsidR="00473E84" w:rsidRDefault="00000000">
            <w:pPr>
              <w:spacing w:after="24" w:line="240" w:lineRule="auto"/>
            </w:pPr>
            <w:r>
              <w:rPr>
                <w:color w:val="2A2A2A"/>
                <w:sz w:val="14"/>
              </w:rPr>
              <w:t>Damage to equipment</w:t>
            </w:r>
          </w:p>
          <w:p w14:paraId="724C287A" w14:textId="77777777" w:rsidR="00473E84" w:rsidRDefault="00000000">
            <w:pPr>
              <w:spacing w:after="24" w:line="240" w:lineRule="auto"/>
            </w:pPr>
            <w:r>
              <w:rPr>
                <w:color w:val="2A2A2A"/>
                <w:sz w:val="14"/>
              </w:rPr>
              <w:t>Tipping over injuring child</w:t>
            </w:r>
          </w:p>
        </w:tc>
        <w:tc>
          <w:tcPr>
            <w:tcW w:w="0" w:type="auto"/>
            <w:tcMar>
              <w:top w:w="45" w:type="dxa"/>
              <w:left w:w="60" w:type="dxa"/>
              <w:bottom w:w="45" w:type="dxa"/>
              <w:right w:w="60" w:type="dxa"/>
            </w:tcMar>
          </w:tcPr>
          <w:p w14:paraId="6EB9BD1D" w14:textId="77777777" w:rsidR="00473E84" w:rsidRDefault="00000000">
            <w:pPr>
              <w:spacing w:after="24" w:line="240" w:lineRule="auto"/>
            </w:pPr>
            <w:r>
              <w:rPr>
                <w:color w:val="2A2A2A"/>
                <w:sz w:val="14"/>
              </w:rPr>
              <w:t>Assess suitability of buggy for rough terrain. Warn operator of dangers. Change route if possible or if possible change activity if pram/ wheel chair access is required.</w:t>
            </w:r>
          </w:p>
          <w:p w14:paraId="6698F7D8" w14:textId="77777777" w:rsidR="00473E84" w:rsidRDefault="00000000">
            <w:pPr>
              <w:spacing w:after="24" w:line="240" w:lineRule="auto"/>
            </w:pPr>
            <w:r>
              <w:rPr>
                <w:color w:val="2A2A2A"/>
                <w:sz w:val="14"/>
              </w:rPr>
              <w:t>Offer alternative activity for wheel chair user if acceptable and practical</w:t>
            </w:r>
          </w:p>
          <w:p w14:paraId="1569127B" w14:textId="77777777" w:rsidR="00473E84" w:rsidRDefault="00000000">
            <w:pPr>
              <w:spacing w:after="24" w:line="240" w:lineRule="auto"/>
            </w:pPr>
            <w:r>
              <w:rPr>
                <w:color w:val="2A2A2A"/>
                <w:sz w:val="14"/>
              </w:rPr>
              <w:t>Avoid use of pram/ buggy’s if possible. Encourage child to walk if practical and able</w:t>
            </w:r>
          </w:p>
        </w:tc>
      </w:tr>
      <w:tr w:rsidR="00473E84" w14:paraId="3A590281" w14:textId="77777777" w:rsidTr="005B0B50">
        <w:trPr>
          <w:cantSplit/>
          <w:jc w:val="center"/>
        </w:trPr>
        <w:tc>
          <w:tcPr>
            <w:tcW w:w="0" w:type="auto"/>
            <w:shd w:val="clear" w:color="auto" w:fill="F8FAF5"/>
            <w:tcMar>
              <w:top w:w="45" w:type="dxa"/>
              <w:left w:w="60" w:type="dxa"/>
              <w:bottom w:w="45" w:type="dxa"/>
              <w:right w:w="60" w:type="dxa"/>
            </w:tcMar>
          </w:tcPr>
          <w:p w14:paraId="6639FB6A" w14:textId="77777777" w:rsidR="00473E84" w:rsidRDefault="00000000">
            <w:pPr>
              <w:spacing w:after="24" w:line="240" w:lineRule="auto"/>
            </w:pPr>
            <w:r>
              <w:rPr>
                <w:b/>
                <w:color w:val="46581C"/>
                <w:sz w:val="14"/>
              </w:rPr>
              <w:lastRenderedPageBreak/>
              <w:t>Moving around arboretum and farm</w:t>
            </w:r>
          </w:p>
          <w:p w14:paraId="596F0891" w14:textId="77777777" w:rsidR="00473E84" w:rsidRDefault="00000000">
            <w:pPr>
              <w:spacing w:after="24" w:line="240" w:lineRule="auto"/>
            </w:pPr>
            <w:r>
              <w:rPr>
                <w:b/>
                <w:color w:val="46581C"/>
                <w:sz w:val="14"/>
              </w:rPr>
              <w:t>(see also generic site risk assessment)</w:t>
            </w:r>
          </w:p>
        </w:tc>
        <w:tc>
          <w:tcPr>
            <w:tcW w:w="0" w:type="auto"/>
            <w:shd w:val="clear" w:color="auto" w:fill="F8FAF5"/>
            <w:tcMar>
              <w:top w:w="45" w:type="dxa"/>
              <w:left w:w="60" w:type="dxa"/>
              <w:bottom w:w="45" w:type="dxa"/>
              <w:right w:w="60" w:type="dxa"/>
            </w:tcMar>
          </w:tcPr>
          <w:p w14:paraId="13A89492" w14:textId="77777777" w:rsidR="00473E84" w:rsidRDefault="00000000">
            <w:pPr>
              <w:spacing w:after="24" w:line="240" w:lineRule="auto"/>
            </w:pPr>
            <w:r>
              <w:rPr>
                <w:color w:val="2A2A2A"/>
                <w:sz w:val="14"/>
              </w:rPr>
              <w:t>To access the forest school site</w:t>
            </w:r>
          </w:p>
        </w:tc>
        <w:tc>
          <w:tcPr>
            <w:tcW w:w="0" w:type="auto"/>
            <w:shd w:val="clear" w:color="auto" w:fill="F8FAF5"/>
            <w:tcMar>
              <w:top w:w="45" w:type="dxa"/>
              <w:left w:w="60" w:type="dxa"/>
              <w:bottom w:w="45" w:type="dxa"/>
              <w:right w:w="60" w:type="dxa"/>
            </w:tcMar>
          </w:tcPr>
          <w:p w14:paraId="45585C1D" w14:textId="77777777" w:rsidR="00473E84" w:rsidRDefault="00000000">
            <w:pPr>
              <w:spacing w:after="24" w:line="240" w:lineRule="auto"/>
            </w:pPr>
            <w:r>
              <w:rPr>
                <w:color w:val="2A2A2A"/>
                <w:sz w:val="14"/>
              </w:rPr>
              <w:t>Slip and trip</w:t>
            </w:r>
          </w:p>
          <w:p w14:paraId="69D28B6A" w14:textId="77777777" w:rsidR="00473E84" w:rsidRDefault="00000000">
            <w:pPr>
              <w:spacing w:after="24" w:line="240" w:lineRule="auto"/>
            </w:pPr>
            <w:r>
              <w:rPr>
                <w:color w:val="2A2A2A"/>
                <w:sz w:val="14"/>
              </w:rPr>
              <w:t>Bumps and pinched fingers</w:t>
            </w:r>
          </w:p>
          <w:p w14:paraId="4D3B5B44" w14:textId="77777777" w:rsidR="00473E84" w:rsidRDefault="00000000">
            <w:pPr>
              <w:spacing w:after="24" w:line="240" w:lineRule="auto"/>
            </w:pPr>
            <w:r>
              <w:rPr>
                <w:color w:val="2A2A2A"/>
                <w:sz w:val="14"/>
              </w:rPr>
              <w:t>Farm machinery</w:t>
            </w:r>
          </w:p>
          <w:p w14:paraId="79291FE8" w14:textId="77777777" w:rsidR="00473E84" w:rsidRDefault="00000000">
            <w:pPr>
              <w:spacing w:after="24" w:line="240" w:lineRule="auto"/>
            </w:pPr>
            <w:r>
              <w:rPr>
                <w:color w:val="2A2A2A"/>
                <w:sz w:val="14"/>
              </w:rPr>
              <w:t>Farm Animals (see below)</w:t>
            </w:r>
          </w:p>
          <w:p w14:paraId="39BA102D" w14:textId="77777777" w:rsidR="00473E84" w:rsidRDefault="00000000">
            <w:pPr>
              <w:spacing w:after="24" w:line="240" w:lineRule="auto"/>
            </w:pPr>
            <w:r>
              <w:rPr>
                <w:color w:val="2A2A2A"/>
                <w:sz w:val="14"/>
              </w:rPr>
              <w:t>,</w:t>
            </w:r>
          </w:p>
        </w:tc>
        <w:tc>
          <w:tcPr>
            <w:tcW w:w="0" w:type="auto"/>
            <w:shd w:val="clear" w:color="auto" w:fill="F8FAF5"/>
            <w:tcMar>
              <w:top w:w="45" w:type="dxa"/>
              <w:left w:w="60" w:type="dxa"/>
              <w:bottom w:w="45" w:type="dxa"/>
              <w:right w:w="60" w:type="dxa"/>
            </w:tcMar>
          </w:tcPr>
          <w:p w14:paraId="320B62CB" w14:textId="77777777" w:rsidR="00473E84" w:rsidRDefault="00000000">
            <w:pPr>
              <w:spacing w:after="24" w:line="240" w:lineRule="auto"/>
            </w:pPr>
            <w:r>
              <w:rPr>
                <w:color w:val="2A2A2A"/>
                <w:sz w:val="14"/>
              </w:rPr>
              <w:t>Hit by vehicles</w:t>
            </w:r>
          </w:p>
          <w:p w14:paraId="79D9D46B" w14:textId="77777777" w:rsidR="00473E84" w:rsidRDefault="00000000">
            <w:pPr>
              <w:spacing w:after="24" w:line="240" w:lineRule="auto"/>
            </w:pPr>
            <w:r>
              <w:rPr>
                <w:color w:val="2A2A2A"/>
                <w:sz w:val="14"/>
              </w:rPr>
              <w:t>Drowning</w:t>
            </w:r>
          </w:p>
          <w:p w14:paraId="34B7026F" w14:textId="77777777" w:rsidR="00473E84" w:rsidRDefault="00000000">
            <w:pPr>
              <w:spacing w:after="24" w:line="240" w:lineRule="auto"/>
            </w:pPr>
            <w:r>
              <w:rPr>
                <w:color w:val="2A2A2A"/>
                <w:sz w:val="14"/>
              </w:rPr>
              <w:t>Bites</w:t>
            </w:r>
          </w:p>
          <w:p w14:paraId="6BE53603" w14:textId="77777777" w:rsidR="00473E84" w:rsidRDefault="00000000">
            <w:pPr>
              <w:spacing w:after="24" w:line="240" w:lineRule="auto"/>
            </w:pPr>
            <w:r>
              <w:rPr>
                <w:color w:val="2A2A2A"/>
                <w:sz w:val="14"/>
              </w:rPr>
              <w:t>scratches</w:t>
            </w:r>
          </w:p>
          <w:p w14:paraId="5355FB30" w14:textId="77777777" w:rsidR="00473E84" w:rsidRDefault="00000000">
            <w:pPr>
              <w:spacing w:after="24" w:line="240" w:lineRule="auto"/>
            </w:pPr>
            <w:r>
              <w:rPr>
                <w:color w:val="2A2A2A"/>
                <w:sz w:val="14"/>
              </w:rPr>
              <w:t>Zoonosis –Diseases/bacteria</w:t>
            </w:r>
          </w:p>
          <w:p w14:paraId="24924212" w14:textId="77777777" w:rsidR="00473E84" w:rsidRDefault="00000000">
            <w:pPr>
              <w:spacing w:after="24" w:line="240" w:lineRule="auto"/>
            </w:pPr>
            <w:r>
              <w:rPr>
                <w:color w:val="2A2A2A"/>
                <w:sz w:val="14"/>
              </w:rPr>
              <w:t>Trampling</w:t>
            </w:r>
          </w:p>
          <w:p w14:paraId="19FD7A04" w14:textId="77777777" w:rsidR="00473E84" w:rsidRDefault="00000000">
            <w:pPr>
              <w:spacing w:after="24" w:line="240" w:lineRule="auto"/>
            </w:pPr>
            <w:r>
              <w:rPr>
                <w:color w:val="2A2A2A"/>
                <w:sz w:val="14"/>
              </w:rPr>
              <w:t>Setting loose</w:t>
            </w:r>
          </w:p>
          <w:p w14:paraId="2C3EBE40" w14:textId="77777777" w:rsidR="00473E84" w:rsidRDefault="00000000">
            <w:pPr>
              <w:spacing w:after="24" w:line="240" w:lineRule="auto"/>
            </w:pPr>
            <w:r>
              <w:rPr>
                <w:color w:val="2A2A2A"/>
                <w:sz w:val="14"/>
              </w:rPr>
              <w:t>Gates/Cattle Girds</w:t>
            </w:r>
          </w:p>
        </w:tc>
        <w:tc>
          <w:tcPr>
            <w:tcW w:w="0" w:type="auto"/>
            <w:shd w:val="clear" w:color="auto" w:fill="F8FAF5"/>
            <w:tcMar>
              <w:top w:w="45" w:type="dxa"/>
              <w:left w:w="60" w:type="dxa"/>
              <w:bottom w:w="45" w:type="dxa"/>
              <w:right w:w="60" w:type="dxa"/>
            </w:tcMar>
          </w:tcPr>
          <w:p w14:paraId="7E156C12" w14:textId="77777777" w:rsidR="00473E84" w:rsidRDefault="00000000">
            <w:pPr>
              <w:spacing w:after="24" w:line="240" w:lineRule="auto"/>
            </w:pPr>
            <w:r>
              <w:rPr>
                <w:color w:val="2A2A2A"/>
                <w:sz w:val="14"/>
              </w:rPr>
              <w:t>Warnings of rough ground and risk of slip and trip</w:t>
            </w:r>
          </w:p>
          <w:p w14:paraId="16DFF20B" w14:textId="77777777" w:rsidR="00473E84" w:rsidRDefault="00000000">
            <w:pPr>
              <w:spacing w:after="24" w:line="240" w:lineRule="auto"/>
            </w:pPr>
            <w:r>
              <w:rPr>
                <w:color w:val="2A2A2A"/>
                <w:sz w:val="14"/>
              </w:rPr>
              <w:t>Warn of dangers, stick together as a group, and walk around site. Discourage running when moving with fields containing stock and when machinery is in use.</w:t>
            </w:r>
          </w:p>
          <w:p w14:paraId="28553B15" w14:textId="77777777" w:rsidR="00473E84" w:rsidRDefault="00000000">
            <w:pPr>
              <w:spacing w:after="24" w:line="240" w:lineRule="auto"/>
            </w:pPr>
            <w:r>
              <w:rPr>
                <w:color w:val="2A2A2A"/>
                <w:sz w:val="14"/>
              </w:rPr>
              <w:t>If walking through a livestock area if necessary ask group to stick together not to run or shout.</w:t>
            </w:r>
          </w:p>
          <w:p w14:paraId="68C8591C" w14:textId="77777777" w:rsidR="00473E84" w:rsidRDefault="00000000">
            <w:pPr>
              <w:spacing w:after="24" w:line="240" w:lineRule="auto"/>
            </w:pPr>
            <w:r>
              <w:rPr>
                <w:color w:val="2A2A2A"/>
                <w:sz w:val="14"/>
              </w:rPr>
              <w:t>Warn participants that the animals can bite and avoid direct contact where necessary</w:t>
            </w:r>
          </w:p>
          <w:p w14:paraId="690F881F" w14:textId="77777777" w:rsidR="00473E84" w:rsidRDefault="00000000">
            <w:pPr>
              <w:spacing w:after="24" w:line="240" w:lineRule="auto"/>
            </w:pPr>
            <w:r>
              <w:rPr>
                <w:color w:val="2A2A2A"/>
                <w:sz w:val="14"/>
              </w:rPr>
              <w:t>Suitable foot wear</w:t>
            </w:r>
          </w:p>
          <w:p w14:paraId="13E5FE42" w14:textId="77777777" w:rsidR="00473E84" w:rsidRDefault="00000000">
            <w:pPr>
              <w:spacing w:after="24" w:line="240" w:lineRule="auto"/>
            </w:pPr>
            <w:r>
              <w:rPr>
                <w:color w:val="2A2A2A"/>
                <w:sz w:val="14"/>
              </w:rPr>
              <w:t>Beware of when passing through gates. Warn of dangers. Hold open to do let slam shut!</w:t>
            </w:r>
          </w:p>
          <w:p w14:paraId="7957DA27" w14:textId="77777777" w:rsidR="00473E84" w:rsidRDefault="00000000">
            <w:pPr>
              <w:spacing w:after="24" w:line="240" w:lineRule="auto"/>
            </w:pPr>
            <w:r>
              <w:rPr>
                <w:color w:val="2A2A2A"/>
                <w:sz w:val="14"/>
              </w:rPr>
              <w:t>Use gates.  Do not cross cattle grids</w:t>
            </w:r>
          </w:p>
        </w:tc>
      </w:tr>
      <w:tr w:rsidR="00473E84" w14:paraId="07083D93" w14:textId="77777777" w:rsidTr="005B0B50">
        <w:trPr>
          <w:cantSplit/>
          <w:jc w:val="center"/>
        </w:trPr>
        <w:tc>
          <w:tcPr>
            <w:tcW w:w="0" w:type="auto"/>
            <w:tcMar>
              <w:top w:w="45" w:type="dxa"/>
              <w:left w:w="60" w:type="dxa"/>
              <w:bottom w:w="45" w:type="dxa"/>
              <w:right w:w="60" w:type="dxa"/>
            </w:tcMar>
          </w:tcPr>
          <w:p w14:paraId="03C1DDEB" w14:textId="77777777" w:rsidR="00473E84" w:rsidRDefault="00000000">
            <w:pPr>
              <w:spacing w:after="24" w:line="240" w:lineRule="auto"/>
            </w:pPr>
            <w:r>
              <w:rPr>
                <w:b/>
                <w:color w:val="46581C"/>
                <w:sz w:val="14"/>
              </w:rPr>
              <w:t>Participants with physical and mental impairments</w:t>
            </w:r>
          </w:p>
        </w:tc>
        <w:tc>
          <w:tcPr>
            <w:tcW w:w="0" w:type="auto"/>
            <w:tcMar>
              <w:top w:w="45" w:type="dxa"/>
              <w:left w:w="60" w:type="dxa"/>
              <w:bottom w:w="45" w:type="dxa"/>
              <w:right w:w="60" w:type="dxa"/>
            </w:tcMar>
          </w:tcPr>
          <w:p w14:paraId="3F6B25B0" w14:textId="77777777" w:rsidR="00473E84" w:rsidRDefault="00000000">
            <w:pPr>
              <w:spacing w:after="24" w:line="240" w:lineRule="auto"/>
            </w:pPr>
            <w:r>
              <w:rPr>
                <w:color w:val="2A2A2A"/>
                <w:sz w:val="14"/>
              </w:rPr>
              <w:t>Access to environment and learning experiences that they might  not ordinarily have experience of</w:t>
            </w:r>
          </w:p>
        </w:tc>
        <w:tc>
          <w:tcPr>
            <w:tcW w:w="0" w:type="auto"/>
            <w:tcMar>
              <w:top w:w="45" w:type="dxa"/>
              <w:left w:w="60" w:type="dxa"/>
              <w:bottom w:w="45" w:type="dxa"/>
              <w:right w:w="60" w:type="dxa"/>
            </w:tcMar>
          </w:tcPr>
          <w:p w14:paraId="0C9195F3" w14:textId="77777777" w:rsidR="00473E84" w:rsidRDefault="00000000">
            <w:pPr>
              <w:spacing w:after="24" w:line="240" w:lineRule="auto"/>
            </w:pPr>
            <w:r>
              <w:rPr>
                <w:color w:val="2A2A2A"/>
                <w:sz w:val="14"/>
              </w:rPr>
              <w:t>Impaired movement and senses</w:t>
            </w:r>
          </w:p>
          <w:p w14:paraId="483249EB" w14:textId="77777777" w:rsidR="00473E84" w:rsidRDefault="00000000">
            <w:pPr>
              <w:spacing w:after="24" w:line="240" w:lineRule="auto"/>
            </w:pPr>
            <w:r>
              <w:rPr>
                <w:color w:val="2A2A2A"/>
                <w:sz w:val="14"/>
              </w:rPr>
              <w:t>Not being able to access the activities or site</w:t>
            </w:r>
          </w:p>
          <w:p w14:paraId="4C4A9084" w14:textId="77777777" w:rsidR="00473E84" w:rsidRDefault="00000000">
            <w:pPr>
              <w:spacing w:after="24" w:line="240" w:lineRule="auto"/>
            </w:pPr>
            <w:r>
              <w:rPr>
                <w:color w:val="2A2A2A"/>
                <w:sz w:val="14"/>
              </w:rPr>
              <w:t>Lack of understanding of instructions or awareness of possible dangers</w:t>
            </w:r>
          </w:p>
        </w:tc>
        <w:tc>
          <w:tcPr>
            <w:tcW w:w="0" w:type="auto"/>
            <w:tcMar>
              <w:top w:w="45" w:type="dxa"/>
              <w:left w:w="60" w:type="dxa"/>
              <w:bottom w:w="45" w:type="dxa"/>
              <w:right w:w="60" w:type="dxa"/>
            </w:tcMar>
          </w:tcPr>
          <w:p w14:paraId="6396F11E" w14:textId="77777777" w:rsidR="00473E84" w:rsidRDefault="00000000">
            <w:pPr>
              <w:spacing w:after="24" w:line="240" w:lineRule="auto"/>
            </w:pPr>
            <w:r>
              <w:rPr>
                <w:color w:val="2A2A2A"/>
                <w:sz w:val="14"/>
              </w:rPr>
              <w:t>Participants unwaringly entering in to dangerous situations</w:t>
            </w:r>
          </w:p>
          <w:p w14:paraId="30ACEB95" w14:textId="77777777" w:rsidR="00473E84" w:rsidRDefault="00000000">
            <w:pPr>
              <w:spacing w:after="24" w:line="240" w:lineRule="auto"/>
            </w:pPr>
            <w:r>
              <w:rPr>
                <w:color w:val="2A2A2A"/>
                <w:sz w:val="14"/>
              </w:rPr>
              <w:t>Slip trip burns</w:t>
            </w:r>
          </w:p>
        </w:tc>
        <w:tc>
          <w:tcPr>
            <w:tcW w:w="0" w:type="auto"/>
            <w:tcMar>
              <w:top w:w="45" w:type="dxa"/>
              <w:left w:w="60" w:type="dxa"/>
              <w:bottom w:w="45" w:type="dxa"/>
              <w:right w:w="60" w:type="dxa"/>
            </w:tcMar>
          </w:tcPr>
          <w:p w14:paraId="74D68B3E" w14:textId="77777777" w:rsidR="00473E84" w:rsidRDefault="00000000">
            <w:pPr>
              <w:spacing w:after="24" w:line="240" w:lineRule="auto"/>
            </w:pPr>
            <w:r>
              <w:rPr>
                <w:color w:val="2A2A2A"/>
                <w:sz w:val="14"/>
              </w:rPr>
              <w:t>Ensure that participants have carers</w:t>
            </w:r>
          </w:p>
          <w:p w14:paraId="65A8BABD" w14:textId="77777777" w:rsidR="00473E84" w:rsidRDefault="00000000">
            <w:pPr>
              <w:spacing w:after="24" w:line="240" w:lineRule="auto"/>
            </w:pPr>
            <w:r>
              <w:rPr>
                <w:color w:val="2A2A2A"/>
                <w:sz w:val="14"/>
              </w:rPr>
              <w:t>Carers responsible for participants at all times</w:t>
            </w:r>
          </w:p>
          <w:p w14:paraId="1510D02F" w14:textId="77777777" w:rsidR="00473E84" w:rsidRDefault="00000000">
            <w:pPr>
              <w:spacing w:after="24" w:line="240" w:lineRule="auto"/>
            </w:pPr>
            <w:r>
              <w:rPr>
                <w:color w:val="2A2A2A"/>
                <w:sz w:val="14"/>
              </w:rPr>
              <w:t>Clear instructions relayed to carers and participants</w:t>
            </w:r>
          </w:p>
          <w:p w14:paraId="410F67A7" w14:textId="77777777" w:rsidR="00473E84" w:rsidRDefault="00000000">
            <w:pPr>
              <w:spacing w:after="24" w:line="240" w:lineRule="auto"/>
            </w:pPr>
            <w:r>
              <w:rPr>
                <w:color w:val="2A2A2A"/>
                <w:sz w:val="14"/>
              </w:rPr>
              <w:t>Activities set up that enable participants to enjoy the visit and get the most of the woodland experience</w:t>
            </w:r>
          </w:p>
        </w:tc>
      </w:tr>
      <w:tr w:rsidR="00473E84" w14:paraId="3F7EA5ED" w14:textId="77777777" w:rsidTr="005B0B50">
        <w:trPr>
          <w:cantSplit/>
          <w:jc w:val="center"/>
        </w:trPr>
        <w:tc>
          <w:tcPr>
            <w:tcW w:w="0" w:type="auto"/>
            <w:shd w:val="clear" w:color="auto" w:fill="F8FAF5"/>
            <w:tcMar>
              <w:top w:w="45" w:type="dxa"/>
              <w:left w:w="60" w:type="dxa"/>
              <w:bottom w:w="45" w:type="dxa"/>
              <w:right w:w="60" w:type="dxa"/>
            </w:tcMar>
          </w:tcPr>
          <w:p w14:paraId="622EE3F4" w14:textId="77777777" w:rsidR="00473E84" w:rsidRDefault="00000000">
            <w:pPr>
              <w:spacing w:after="24" w:line="240" w:lineRule="auto"/>
            </w:pPr>
            <w:r>
              <w:rPr>
                <w:b/>
                <w:color w:val="46581C"/>
                <w:sz w:val="14"/>
              </w:rPr>
              <w:t>Weather</w:t>
            </w:r>
          </w:p>
        </w:tc>
        <w:tc>
          <w:tcPr>
            <w:tcW w:w="0" w:type="auto"/>
            <w:shd w:val="clear" w:color="auto" w:fill="F8FAF5"/>
            <w:tcMar>
              <w:top w:w="45" w:type="dxa"/>
              <w:left w:w="60" w:type="dxa"/>
              <w:bottom w:w="45" w:type="dxa"/>
              <w:right w:w="60" w:type="dxa"/>
            </w:tcMar>
          </w:tcPr>
          <w:p w14:paraId="3BEBE048" w14:textId="77777777" w:rsidR="00473E84" w:rsidRDefault="00000000">
            <w:pPr>
              <w:spacing w:after="24" w:line="240" w:lineRule="auto"/>
            </w:pPr>
            <w:r>
              <w:rPr>
                <w:color w:val="2A2A2A"/>
                <w:sz w:val="14"/>
              </w:rPr>
              <w:t>Sensory development</w:t>
            </w:r>
          </w:p>
        </w:tc>
        <w:tc>
          <w:tcPr>
            <w:tcW w:w="0" w:type="auto"/>
            <w:shd w:val="clear" w:color="auto" w:fill="F8FAF5"/>
            <w:tcMar>
              <w:top w:w="45" w:type="dxa"/>
              <w:left w:w="60" w:type="dxa"/>
              <w:bottom w:w="45" w:type="dxa"/>
              <w:right w:w="60" w:type="dxa"/>
            </w:tcMar>
          </w:tcPr>
          <w:p w14:paraId="6307FF6C" w14:textId="77777777" w:rsidR="00473E84" w:rsidRDefault="00000000">
            <w:pPr>
              <w:spacing w:after="24" w:line="240" w:lineRule="auto"/>
            </w:pPr>
            <w:r>
              <w:rPr>
                <w:color w:val="2A2A2A"/>
                <w:sz w:val="14"/>
              </w:rPr>
              <w:t>Cold/ Heat/ Sun</w:t>
            </w:r>
          </w:p>
        </w:tc>
        <w:tc>
          <w:tcPr>
            <w:tcW w:w="0" w:type="auto"/>
            <w:shd w:val="clear" w:color="auto" w:fill="F8FAF5"/>
            <w:tcMar>
              <w:top w:w="45" w:type="dxa"/>
              <w:left w:w="60" w:type="dxa"/>
              <w:bottom w:w="45" w:type="dxa"/>
              <w:right w:w="60" w:type="dxa"/>
            </w:tcMar>
          </w:tcPr>
          <w:p w14:paraId="44DEC733" w14:textId="77777777" w:rsidR="00473E84" w:rsidRDefault="00000000">
            <w:pPr>
              <w:spacing w:after="24" w:line="240" w:lineRule="auto"/>
            </w:pPr>
            <w:r>
              <w:rPr>
                <w:color w:val="2A2A2A"/>
                <w:sz w:val="14"/>
              </w:rPr>
              <w:t>Hyperthermia</w:t>
            </w:r>
          </w:p>
          <w:p w14:paraId="318CB7C2" w14:textId="77777777" w:rsidR="00473E84" w:rsidRDefault="00000000">
            <w:pPr>
              <w:spacing w:after="24" w:line="240" w:lineRule="auto"/>
            </w:pPr>
            <w:r>
              <w:rPr>
                <w:color w:val="2A2A2A"/>
                <w:sz w:val="14"/>
              </w:rPr>
              <w:t>Asthma</w:t>
            </w:r>
          </w:p>
          <w:p w14:paraId="7E726B35" w14:textId="77777777" w:rsidR="00473E84" w:rsidRDefault="00000000">
            <w:pPr>
              <w:spacing w:after="24" w:line="240" w:lineRule="auto"/>
            </w:pPr>
            <w:r>
              <w:rPr>
                <w:color w:val="2A2A2A"/>
                <w:sz w:val="14"/>
              </w:rPr>
              <w:t>Allergies</w:t>
            </w:r>
          </w:p>
          <w:p w14:paraId="0687D960" w14:textId="77777777" w:rsidR="00473E84" w:rsidRDefault="00000000">
            <w:pPr>
              <w:spacing w:after="24" w:line="240" w:lineRule="auto"/>
            </w:pPr>
            <w:r>
              <w:rPr>
                <w:color w:val="2A2A2A"/>
                <w:sz w:val="14"/>
              </w:rPr>
              <w:t>Sunstroke</w:t>
            </w:r>
          </w:p>
          <w:p w14:paraId="24AAFAF0" w14:textId="77777777" w:rsidR="00473E84" w:rsidRDefault="00000000">
            <w:pPr>
              <w:spacing w:after="24" w:line="240" w:lineRule="auto"/>
            </w:pPr>
            <w:r>
              <w:rPr>
                <w:color w:val="2A2A2A"/>
                <w:sz w:val="14"/>
              </w:rPr>
              <w:t>Sun burn</w:t>
            </w:r>
          </w:p>
        </w:tc>
        <w:tc>
          <w:tcPr>
            <w:tcW w:w="0" w:type="auto"/>
            <w:shd w:val="clear" w:color="auto" w:fill="F8FAF5"/>
            <w:tcMar>
              <w:top w:w="45" w:type="dxa"/>
              <w:left w:w="60" w:type="dxa"/>
              <w:bottom w:w="45" w:type="dxa"/>
              <w:right w:w="60" w:type="dxa"/>
            </w:tcMar>
          </w:tcPr>
          <w:p w14:paraId="4E699278" w14:textId="77777777" w:rsidR="00473E84" w:rsidRDefault="00000000">
            <w:pPr>
              <w:spacing w:after="24" w:line="240" w:lineRule="auto"/>
            </w:pPr>
            <w:r>
              <w:rPr>
                <w:color w:val="2A2A2A"/>
                <w:sz w:val="14"/>
              </w:rPr>
              <w:t>Appropriate clothing</w:t>
            </w:r>
          </w:p>
          <w:p w14:paraId="4324D1CC" w14:textId="77777777" w:rsidR="00473E84" w:rsidRDefault="00000000">
            <w:pPr>
              <w:spacing w:after="24" w:line="240" w:lineRule="auto"/>
            </w:pPr>
            <w:r>
              <w:rPr>
                <w:color w:val="2A2A2A"/>
                <w:sz w:val="14"/>
              </w:rPr>
              <w:t>Medication and medical forms</w:t>
            </w:r>
          </w:p>
          <w:p w14:paraId="76914E88" w14:textId="77777777" w:rsidR="00473E84" w:rsidRDefault="00000000">
            <w:pPr>
              <w:spacing w:after="24" w:line="240" w:lineRule="auto"/>
            </w:pPr>
            <w:r>
              <w:rPr>
                <w:color w:val="2A2A2A"/>
                <w:sz w:val="14"/>
              </w:rPr>
              <w:t>Medication and medical information to be gathered by teachers/parents. FSL to check this has been done.</w:t>
            </w:r>
          </w:p>
        </w:tc>
      </w:tr>
      <w:tr w:rsidR="00473E84" w14:paraId="37155EA0" w14:textId="77777777" w:rsidTr="005B0B50">
        <w:trPr>
          <w:cantSplit/>
          <w:jc w:val="center"/>
        </w:trPr>
        <w:tc>
          <w:tcPr>
            <w:tcW w:w="0" w:type="auto"/>
            <w:tcMar>
              <w:top w:w="45" w:type="dxa"/>
              <w:left w:w="60" w:type="dxa"/>
              <w:bottom w:w="45" w:type="dxa"/>
              <w:right w:w="60" w:type="dxa"/>
            </w:tcMar>
          </w:tcPr>
          <w:p w14:paraId="78B04BF0" w14:textId="77777777" w:rsidR="00473E84" w:rsidRDefault="00000000">
            <w:pPr>
              <w:spacing w:after="24" w:line="240" w:lineRule="auto"/>
            </w:pPr>
            <w:r>
              <w:rPr>
                <w:b/>
                <w:color w:val="46581C"/>
                <w:sz w:val="14"/>
              </w:rPr>
              <w:t>Walking and moving around over slipping, uneven and sloping ground with hidden tree stumps</w:t>
            </w:r>
          </w:p>
        </w:tc>
        <w:tc>
          <w:tcPr>
            <w:tcW w:w="0" w:type="auto"/>
            <w:tcMar>
              <w:top w:w="45" w:type="dxa"/>
              <w:left w:w="60" w:type="dxa"/>
              <w:bottom w:w="45" w:type="dxa"/>
              <w:right w:w="60" w:type="dxa"/>
            </w:tcMar>
          </w:tcPr>
          <w:p w14:paraId="1E5E2409" w14:textId="77777777" w:rsidR="00473E84" w:rsidRDefault="00000000">
            <w:pPr>
              <w:spacing w:after="24" w:line="240" w:lineRule="auto"/>
            </w:pPr>
            <w:r>
              <w:rPr>
                <w:color w:val="2A2A2A"/>
                <w:sz w:val="14"/>
              </w:rPr>
              <w:t>To explore access the activities</w:t>
            </w:r>
          </w:p>
          <w:p w14:paraId="1C992BD6" w14:textId="77777777" w:rsidR="00473E84" w:rsidRDefault="00000000">
            <w:pPr>
              <w:spacing w:after="24" w:line="240" w:lineRule="auto"/>
            </w:pPr>
            <w:r>
              <w:rPr>
                <w:color w:val="2A2A2A"/>
                <w:sz w:val="14"/>
              </w:rPr>
              <w:t>Increases balance, movement and  gross motor skills</w:t>
            </w:r>
          </w:p>
        </w:tc>
        <w:tc>
          <w:tcPr>
            <w:tcW w:w="0" w:type="auto"/>
            <w:tcMar>
              <w:top w:w="45" w:type="dxa"/>
              <w:left w:w="60" w:type="dxa"/>
              <w:bottom w:w="45" w:type="dxa"/>
              <w:right w:w="60" w:type="dxa"/>
            </w:tcMar>
          </w:tcPr>
          <w:p w14:paraId="3B337DEB" w14:textId="77777777" w:rsidR="00473E84" w:rsidRDefault="00000000">
            <w:pPr>
              <w:spacing w:after="24" w:line="240" w:lineRule="auto"/>
            </w:pPr>
            <w:r>
              <w:rPr>
                <w:color w:val="2A2A2A"/>
                <w:sz w:val="14"/>
              </w:rPr>
              <w:t>Slip and trip</w:t>
            </w:r>
          </w:p>
        </w:tc>
        <w:tc>
          <w:tcPr>
            <w:tcW w:w="0" w:type="auto"/>
            <w:tcMar>
              <w:top w:w="45" w:type="dxa"/>
              <w:left w:w="60" w:type="dxa"/>
              <w:bottom w:w="45" w:type="dxa"/>
              <w:right w:w="60" w:type="dxa"/>
            </w:tcMar>
          </w:tcPr>
          <w:p w14:paraId="41727DA8" w14:textId="77777777" w:rsidR="00473E84" w:rsidRDefault="00000000">
            <w:pPr>
              <w:spacing w:after="24" w:line="240" w:lineRule="auto"/>
            </w:pPr>
            <w:r>
              <w:rPr>
                <w:color w:val="2A2A2A"/>
                <w:sz w:val="14"/>
              </w:rPr>
              <w:t>Ankle, leg, knee, arm strain/ twisting</w:t>
            </w:r>
          </w:p>
          <w:p w14:paraId="604B7557" w14:textId="77777777" w:rsidR="00473E84" w:rsidRDefault="00000000">
            <w:pPr>
              <w:spacing w:after="24" w:line="240" w:lineRule="auto"/>
            </w:pPr>
            <w:r>
              <w:rPr>
                <w:color w:val="2A2A2A"/>
                <w:sz w:val="14"/>
              </w:rPr>
              <w:t>Back injury</w:t>
            </w:r>
          </w:p>
        </w:tc>
        <w:tc>
          <w:tcPr>
            <w:tcW w:w="0" w:type="auto"/>
            <w:tcMar>
              <w:top w:w="45" w:type="dxa"/>
              <w:left w:w="60" w:type="dxa"/>
              <w:bottom w:w="45" w:type="dxa"/>
              <w:right w:w="60" w:type="dxa"/>
            </w:tcMar>
          </w:tcPr>
          <w:p w14:paraId="49E1663E" w14:textId="77777777" w:rsidR="00473E84" w:rsidRDefault="00000000">
            <w:pPr>
              <w:spacing w:after="24" w:line="240" w:lineRule="auto"/>
            </w:pPr>
            <w:r>
              <w:rPr>
                <w:color w:val="2A2A2A"/>
                <w:sz w:val="14"/>
              </w:rPr>
              <w:t>All participants to wear suitable sturdy foot wear.</w:t>
            </w:r>
          </w:p>
          <w:p w14:paraId="671C37FB" w14:textId="77777777" w:rsidR="00473E84" w:rsidRDefault="00000000">
            <w:pPr>
              <w:spacing w:after="24" w:line="240" w:lineRule="auto"/>
            </w:pPr>
            <w:r>
              <w:rPr>
                <w:color w:val="2A2A2A"/>
                <w:sz w:val="14"/>
              </w:rPr>
              <w:t>All participants to move around site with care</w:t>
            </w:r>
          </w:p>
          <w:p w14:paraId="409C81C2" w14:textId="77777777" w:rsidR="00473E84" w:rsidRDefault="00000000">
            <w:pPr>
              <w:spacing w:after="24" w:line="240" w:lineRule="auto"/>
            </w:pPr>
            <w:r>
              <w:rPr>
                <w:color w:val="2A2A2A"/>
                <w:sz w:val="14"/>
              </w:rPr>
              <w:t>No running</w:t>
            </w:r>
          </w:p>
          <w:p w14:paraId="4F2AC6B1" w14:textId="77777777" w:rsidR="00473E84" w:rsidRDefault="00000000">
            <w:pPr>
              <w:spacing w:after="24" w:line="240" w:lineRule="auto"/>
            </w:pPr>
            <w:r>
              <w:rPr>
                <w:color w:val="2A2A2A"/>
                <w:sz w:val="14"/>
              </w:rPr>
              <w:t>Warn Participants of dangers</w:t>
            </w:r>
          </w:p>
        </w:tc>
      </w:tr>
      <w:tr w:rsidR="00473E84" w14:paraId="5454FCCE" w14:textId="77777777" w:rsidTr="005B0B50">
        <w:trPr>
          <w:cantSplit/>
          <w:jc w:val="center"/>
        </w:trPr>
        <w:tc>
          <w:tcPr>
            <w:tcW w:w="0" w:type="auto"/>
            <w:shd w:val="clear" w:color="auto" w:fill="F8FAF5"/>
            <w:tcMar>
              <w:top w:w="45" w:type="dxa"/>
              <w:left w:w="60" w:type="dxa"/>
              <w:bottom w:w="45" w:type="dxa"/>
              <w:right w:w="60" w:type="dxa"/>
            </w:tcMar>
          </w:tcPr>
          <w:p w14:paraId="49DBF04C" w14:textId="77777777" w:rsidR="00473E84" w:rsidRDefault="00000000">
            <w:pPr>
              <w:spacing w:after="24" w:line="240" w:lineRule="auto"/>
            </w:pPr>
            <w:r>
              <w:rPr>
                <w:b/>
                <w:color w:val="46581C"/>
                <w:sz w:val="14"/>
              </w:rPr>
              <w:t>Farm animals</w:t>
            </w:r>
          </w:p>
          <w:p w14:paraId="159E7B17" w14:textId="77777777" w:rsidR="00473E84" w:rsidRDefault="00000000">
            <w:pPr>
              <w:spacing w:after="24" w:line="240" w:lineRule="auto"/>
            </w:pPr>
            <w:r>
              <w:rPr>
                <w:b/>
                <w:color w:val="46581C"/>
                <w:sz w:val="14"/>
              </w:rPr>
              <w:t>(see also generic site risk assessment.</w:t>
            </w:r>
          </w:p>
          <w:p w14:paraId="7BE4CEE9" w14:textId="77777777" w:rsidR="00473E84" w:rsidRDefault="00000000">
            <w:pPr>
              <w:spacing w:after="24" w:line="240" w:lineRule="auto"/>
            </w:pPr>
            <w:r>
              <w:rPr>
                <w:b/>
                <w:color w:val="46581C"/>
                <w:sz w:val="14"/>
              </w:rPr>
              <w:t>Individual risk assessments and Policies and procedures)</w:t>
            </w:r>
          </w:p>
        </w:tc>
        <w:tc>
          <w:tcPr>
            <w:tcW w:w="0" w:type="auto"/>
            <w:shd w:val="clear" w:color="auto" w:fill="F8FAF5"/>
            <w:tcMar>
              <w:top w:w="45" w:type="dxa"/>
              <w:left w:w="60" w:type="dxa"/>
              <w:bottom w:w="45" w:type="dxa"/>
              <w:right w:w="60" w:type="dxa"/>
            </w:tcMar>
          </w:tcPr>
          <w:p w14:paraId="13E2AB45" w14:textId="77777777" w:rsidR="00473E84" w:rsidRDefault="00000000">
            <w:pPr>
              <w:spacing w:after="24" w:line="240" w:lineRule="auto"/>
            </w:pPr>
            <w:r>
              <w:rPr>
                <w:color w:val="2A2A2A"/>
                <w:sz w:val="14"/>
              </w:rPr>
              <w:t>To gain access to the forest school site</w:t>
            </w:r>
          </w:p>
        </w:tc>
        <w:tc>
          <w:tcPr>
            <w:tcW w:w="0" w:type="auto"/>
            <w:shd w:val="clear" w:color="auto" w:fill="F8FAF5"/>
            <w:tcMar>
              <w:top w:w="45" w:type="dxa"/>
              <w:left w:w="60" w:type="dxa"/>
              <w:bottom w:w="45" w:type="dxa"/>
              <w:right w:w="60" w:type="dxa"/>
            </w:tcMar>
          </w:tcPr>
          <w:p w14:paraId="79D13BD2" w14:textId="77777777" w:rsidR="00473E84" w:rsidRDefault="00000000">
            <w:pPr>
              <w:spacing w:after="24" w:line="240" w:lineRule="auto"/>
            </w:pPr>
            <w:r>
              <w:rPr>
                <w:color w:val="2A2A2A"/>
                <w:sz w:val="14"/>
              </w:rPr>
              <w:t>Farm animals – frightening / scaring animals so as to panic and injure themselves or participants</w:t>
            </w:r>
          </w:p>
          <w:p w14:paraId="6AF0EB9C" w14:textId="77777777" w:rsidR="00473E84" w:rsidRDefault="00000000">
            <w:pPr>
              <w:spacing w:after="24" w:line="240" w:lineRule="auto"/>
            </w:pPr>
            <w:r>
              <w:rPr>
                <w:color w:val="2A2A2A"/>
                <w:sz w:val="14"/>
              </w:rPr>
              <w:t>Contact with animals, pens fences and food</w:t>
            </w:r>
          </w:p>
          <w:p w14:paraId="378BB77C" w14:textId="77777777" w:rsidR="00473E84" w:rsidRDefault="00000000">
            <w:pPr>
              <w:spacing w:after="24" w:line="240" w:lineRule="auto"/>
            </w:pPr>
            <w:r>
              <w:rPr>
                <w:color w:val="2A2A2A"/>
                <w:sz w:val="14"/>
              </w:rPr>
              <w:t>Farm Dogs running loose</w:t>
            </w:r>
          </w:p>
          <w:p w14:paraId="060AD49C" w14:textId="77777777" w:rsidR="00473E84" w:rsidRDefault="00000000">
            <w:pPr>
              <w:spacing w:after="24" w:line="240" w:lineRule="auto"/>
            </w:pPr>
            <w:r>
              <w:rPr>
                <w:color w:val="2A2A2A"/>
                <w:sz w:val="14"/>
              </w:rPr>
              <w:t>Visitors Dogs</w:t>
            </w:r>
          </w:p>
        </w:tc>
        <w:tc>
          <w:tcPr>
            <w:tcW w:w="0" w:type="auto"/>
            <w:shd w:val="clear" w:color="auto" w:fill="F8FAF5"/>
            <w:tcMar>
              <w:top w:w="45" w:type="dxa"/>
              <w:left w:w="60" w:type="dxa"/>
              <w:bottom w:w="45" w:type="dxa"/>
              <w:right w:w="60" w:type="dxa"/>
            </w:tcMar>
          </w:tcPr>
          <w:p w14:paraId="688B1FDD" w14:textId="77777777" w:rsidR="00473E84" w:rsidRDefault="00000000">
            <w:pPr>
              <w:spacing w:after="24" w:line="240" w:lineRule="auto"/>
            </w:pPr>
            <w:r>
              <w:rPr>
                <w:color w:val="2A2A2A"/>
                <w:sz w:val="14"/>
              </w:rPr>
              <w:t>Zoonosis –Diseases/bacteria</w:t>
            </w:r>
          </w:p>
          <w:p w14:paraId="3C524E28" w14:textId="77777777" w:rsidR="00473E84" w:rsidRDefault="00000000">
            <w:pPr>
              <w:spacing w:after="24" w:line="240" w:lineRule="auto"/>
            </w:pPr>
            <w:r>
              <w:rPr>
                <w:color w:val="2A2A2A"/>
                <w:sz w:val="14"/>
              </w:rPr>
              <w:t>Trampling</w:t>
            </w:r>
          </w:p>
          <w:p w14:paraId="3C8D2B73" w14:textId="77777777" w:rsidR="00473E84" w:rsidRDefault="00000000">
            <w:pPr>
              <w:spacing w:after="24" w:line="240" w:lineRule="auto"/>
            </w:pPr>
            <w:r>
              <w:rPr>
                <w:color w:val="2A2A2A"/>
                <w:sz w:val="14"/>
              </w:rPr>
              <w:t>Setting loose</w:t>
            </w:r>
          </w:p>
          <w:p w14:paraId="0EC8A93B" w14:textId="77777777" w:rsidR="00473E84" w:rsidRDefault="00000000">
            <w:pPr>
              <w:spacing w:after="24" w:line="240" w:lineRule="auto"/>
            </w:pPr>
            <w:r>
              <w:rPr>
                <w:color w:val="2A2A2A"/>
                <w:sz w:val="14"/>
              </w:rPr>
              <w:t>Bites</w:t>
            </w:r>
          </w:p>
          <w:p w14:paraId="4310F6BA" w14:textId="77777777" w:rsidR="00473E84" w:rsidRDefault="00000000">
            <w:pPr>
              <w:spacing w:after="24" w:line="240" w:lineRule="auto"/>
            </w:pPr>
            <w:r>
              <w:rPr>
                <w:color w:val="2A2A2A"/>
                <w:sz w:val="14"/>
              </w:rPr>
              <w:t>Animal Faeces</w:t>
            </w:r>
          </w:p>
          <w:p w14:paraId="7CD6238B" w14:textId="77777777" w:rsidR="00473E84" w:rsidRDefault="00000000">
            <w:pPr>
              <w:spacing w:after="24" w:line="240" w:lineRule="auto"/>
            </w:pPr>
            <w:r>
              <w:rPr>
                <w:color w:val="2A2A2A"/>
                <w:sz w:val="14"/>
              </w:rPr>
              <w:t>Lymes disease</w:t>
            </w:r>
          </w:p>
          <w:p w14:paraId="3E1E93DE" w14:textId="77777777" w:rsidR="00473E84" w:rsidRDefault="00000000">
            <w:pPr>
              <w:spacing w:after="24" w:line="240" w:lineRule="auto"/>
            </w:pPr>
            <w:r>
              <w:rPr>
                <w:color w:val="2A2A2A"/>
                <w:sz w:val="14"/>
              </w:rPr>
              <w:t>Orf</w:t>
            </w:r>
          </w:p>
          <w:p w14:paraId="361B759B" w14:textId="77777777" w:rsidR="00473E84" w:rsidRDefault="00000000">
            <w:pPr>
              <w:spacing w:after="24" w:line="240" w:lineRule="auto"/>
            </w:pPr>
            <w:r>
              <w:rPr>
                <w:color w:val="2A2A2A"/>
                <w:sz w:val="14"/>
              </w:rPr>
              <w:t>Leptospirosis</w:t>
            </w:r>
          </w:p>
          <w:p w14:paraId="567B797F" w14:textId="77777777" w:rsidR="00473E84" w:rsidRDefault="00000000">
            <w:pPr>
              <w:spacing w:after="24" w:line="240" w:lineRule="auto"/>
            </w:pPr>
            <w:r>
              <w:rPr>
                <w:color w:val="2A2A2A"/>
                <w:sz w:val="14"/>
              </w:rPr>
              <w:t>To Pregnant women - chlamydiosis , toxoplasmosis and listeriosis affecting health of mother and unborn baby.</w:t>
            </w:r>
          </w:p>
        </w:tc>
        <w:tc>
          <w:tcPr>
            <w:tcW w:w="0" w:type="auto"/>
            <w:shd w:val="clear" w:color="auto" w:fill="F8FAF5"/>
            <w:tcMar>
              <w:top w:w="45" w:type="dxa"/>
              <w:left w:w="60" w:type="dxa"/>
              <w:bottom w:w="45" w:type="dxa"/>
              <w:right w:w="60" w:type="dxa"/>
            </w:tcMar>
          </w:tcPr>
          <w:p w14:paraId="59F0F432" w14:textId="77777777" w:rsidR="00473E84" w:rsidRDefault="00000000">
            <w:pPr>
              <w:spacing w:after="24" w:line="240" w:lineRule="auto"/>
            </w:pPr>
            <w:r>
              <w:rPr>
                <w:color w:val="2A2A2A"/>
                <w:sz w:val="14"/>
              </w:rPr>
              <w:t>If walking through a livestock area if necessary ask group to stick together not to run or shout.</w:t>
            </w:r>
          </w:p>
          <w:p w14:paraId="0BD5140F" w14:textId="77777777" w:rsidR="00473E84" w:rsidRDefault="00000000">
            <w:pPr>
              <w:spacing w:after="24" w:line="240" w:lineRule="auto"/>
            </w:pPr>
            <w:r>
              <w:rPr>
                <w:color w:val="2A2A2A"/>
                <w:sz w:val="14"/>
              </w:rPr>
              <w:t>Warn participants that the animals can bite and avoid direct contact where necessary.</w:t>
            </w:r>
          </w:p>
          <w:p w14:paraId="086F3A86" w14:textId="77777777" w:rsidR="00473E84" w:rsidRDefault="00000000">
            <w:pPr>
              <w:spacing w:after="24" w:line="240" w:lineRule="auto"/>
            </w:pPr>
            <w:r>
              <w:rPr>
                <w:color w:val="2A2A2A"/>
                <w:sz w:val="14"/>
              </w:rPr>
              <w:t>Where necessary avoid animal enclosures and contact</w:t>
            </w:r>
          </w:p>
          <w:p w14:paraId="2E24ED90" w14:textId="77777777" w:rsidR="00473E84" w:rsidRDefault="00000000">
            <w:pPr>
              <w:spacing w:after="24" w:line="240" w:lineRule="auto"/>
            </w:pPr>
            <w:r>
              <w:rPr>
                <w:color w:val="2A2A2A"/>
                <w:sz w:val="14"/>
              </w:rPr>
              <w:t>Advise pregnant women that they should avoid contact with the farm animals and must not come into contact with lambing/calving animals.</w:t>
            </w:r>
          </w:p>
          <w:p w14:paraId="59BA80B5" w14:textId="77777777" w:rsidR="00473E84" w:rsidRDefault="00000000">
            <w:pPr>
              <w:spacing w:after="24" w:line="240" w:lineRule="auto"/>
            </w:pPr>
            <w:r>
              <w:rPr>
                <w:color w:val="2A2A2A"/>
                <w:sz w:val="14"/>
              </w:rPr>
              <w:t>Wash hands thoroughly after coming into contact with livestock ,feed or pens</w:t>
            </w:r>
          </w:p>
          <w:p w14:paraId="62E87FF6" w14:textId="77777777" w:rsidR="00473E84" w:rsidRDefault="00000000">
            <w:pPr>
              <w:spacing w:after="24" w:line="240" w:lineRule="auto"/>
            </w:pPr>
            <w:r>
              <w:rPr>
                <w:color w:val="2A2A2A"/>
                <w:sz w:val="14"/>
              </w:rPr>
              <w:t>Children told not to approach or touch dogs</w:t>
            </w:r>
          </w:p>
          <w:p w14:paraId="0C81E2E7" w14:textId="77777777" w:rsidR="00473E84" w:rsidRDefault="00000000">
            <w:pPr>
              <w:spacing w:after="24" w:line="240" w:lineRule="auto"/>
            </w:pPr>
            <w:r>
              <w:rPr>
                <w:color w:val="2A2A2A"/>
                <w:sz w:val="14"/>
              </w:rPr>
              <w:t>Farm dogs to be sent away from the group</w:t>
            </w:r>
          </w:p>
          <w:p w14:paraId="6DEA65EC" w14:textId="77777777" w:rsidR="00473E84" w:rsidRDefault="00000000">
            <w:pPr>
              <w:spacing w:after="24" w:line="240" w:lineRule="auto"/>
            </w:pPr>
            <w:r>
              <w:rPr>
                <w:color w:val="2A2A2A"/>
                <w:sz w:val="14"/>
              </w:rPr>
              <w:t>Visitor and leaders dogs on lead restricted movements in Forest School.  To be tied up by the gate or in the cage provided if available</w:t>
            </w:r>
          </w:p>
        </w:tc>
      </w:tr>
      <w:tr w:rsidR="00473E84" w14:paraId="157D4689" w14:textId="77777777" w:rsidTr="005B0B50">
        <w:trPr>
          <w:cantSplit/>
          <w:jc w:val="center"/>
        </w:trPr>
        <w:tc>
          <w:tcPr>
            <w:tcW w:w="0" w:type="auto"/>
            <w:tcMar>
              <w:top w:w="45" w:type="dxa"/>
              <w:left w:w="60" w:type="dxa"/>
              <w:bottom w:w="45" w:type="dxa"/>
              <w:right w:w="60" w:type="dxa"/>
            </w:tcMar>
          </w:tcPr>
          <w:p w14:paraId="5B733E3B" w14:textId="77777777" w:rsidR="00473E84" w:rsidRDefault="00000000">
            <w:pPr>
              <w:spacing w:after="24" w:line="240" w:lineRule="auto"/>
            </w:pPr>
            <w:r>
              <w:rPr>
                <w:b/>
                <w:color w:val="46581C"/>
                <w:sz w:val="14"/>
              </w:rPr>
              <w:t>Moving around forest school site</w:t>
            </w:r>
          </w:p>
          <w:p w14:paraId="6F273DA4" w14:textId="77777777" w:rsidR="00473E84" w:rsidRDefault="00000000">
            <w:pPr>
              <w:spacing w:after="24" w:line="240" w:lineRule="auto"/>
            </w:pPr>
            <w:r>
              <w:rPr>
                <w:b/>
                <w:color w:val="46581C"/>
                <w:sz w:val="14"/>
              </w:rPr>
              <w:t>(see general site risk assessment)</w:t>
            </w:r>
          </w:p>
        </w:tc>
        <w:tc>
          <w:tcPr>
            <w:tcW w:w="0" w:type="auto"/>
            <w:tcMar>
              <w:top w:w="45" w:type="dxa"/>
              <w:left w:w="60" w:type="dxa"/>
              <w:bottom w:w="45" w:type="dxa"/>
              <w:right w:w="60" w:type="dxa"/>
            </w:tcMar>
          </w:tcPr>
          <w:p w14:paraId="4F749F1C" w14:textId="77777777" w:rsidR="00473E84" w:rsidRDefault="00000000">
            <w:pPr>
              <w:spacing w:after="24" w:line="240" w:lineRule="auto"/>
            </w:pPr>
            <w:r>
              <w:rPr>
                <w:color w:val="2A2A2A"/>
                <w:sz w:val="14"/>
              </w:rPr>
              <w:t>Allowing children to explore freely</w:t>
            </w:r>
          </w:p>
        </w:tc>
        <w:tc>
          <w:tcPr>
            <w:tcW w:w="0" w:type="auto"/>
            <w:tcMar>
              <w:top w:w="45" w:type="dxa"/>
              <w:left w:w="60" w:type="dxa"/>
              <w:bottom w:w="45" w:type="dxa"/>
              <w:right w:w="60" w:type="dxa"/>
            </w:tcMar>
          </w:tcPr>
          <w:p w14:paraId="4808C99E" w14:textId="77777777" w:rsidR="00473E84" w:rsidRDefault="00000000">
            <w:pPr>
              <w:spacing w:after="24" w:line="240" w:lineRule="auto"/>
            </w:pPr>
            <w:r>
              <w:rPr>
                <w:color w:val="2A2A2A"/>
                <w:sz w:val="14"/>
              </w:rPr>
              <w:t>No physical boundary to forest school site</w:t>
            </w:r>
          </w:p>
        </w:tc>
        <w:tc>
          <w:tcPr>
            <w:tcW w:w="0" w:type="auto"/>
            <w:tcMar>
              <w:top w:w="45" w:type="dxa"/>
              <w:left w:w="60" w:type="dxa"/>
              <w:bottom w:w="45" w:type="dxa"/>
              <w:right w:w="60" w:type="dxa"/>
            </w:tcMar>
          </w:tcPr>
          <w:p w14:paraId="142B8113" w14:textId="77777777" w:rsidR="00473E84" w:rsidRDefault="00000000">
            <w:pPr>
              <w:spacing w:after="24" w:line="240" w:lineRule="auto"/>
            </w:pPr>
            <w:r>
              <w:rPr>
                <w:color w:val="2A2A2A"/>
                <w:sz w:val="14"/>
              </w:rPr>
              <w:t>Lost children</w:t>
            </w:r>
          </w:p>
          <w:p w14:paraId="6403851A" w14:textId="77777777" w:rsidR="00473E84" w:rsidRDefault="00000000">
            <w:pPr>
              <w:spacing w:after="24" w:line="240" w:lineRule="auto"/>
            </w:pPr>
            <w:r>
              <w:rPr>
                <w:color w:val="2A2A2A"/>
                <w:sz w:val="14"/>
              </w:rPr>
              <w:t>Drowning in pool/ stream</w:t>
            </w:r>
          </w:p>
          <w:p w14:paraId="7616100E" w14:textId="77777777" w:rsidR="00473E84" w:rsidRDefault="00000000">
            <w:pPr>
              <w:spacing w:after="24" w:line="240" w:lineRule="auto"/>
            </w:pPr>
            <w:r>
              <w:rPr>
                <w:color w:val="2A2A2A"/>
                <w:sz w:val="14"/>
              </w:rPr>
              <w:t>Vehicle movement on  track</w:t>
            </w:r>
          </w:p>
          <w:p w14:paraId="4772F294" w14:textId="77777777" w:rsidR="00473E84" w:rsidRDefault="00000000">
            <w:pPr>
              <w:spacing w:after="24" w:line="240" w:lineRule="auto"/>
            </w:pPr>
            <w:r>
              <w:rPr>
                <w:color w:val="2A2A2A"/>
                <w:sz w:val="14"/>
              </w:rPr>
              <w:t>Machinery an power tools</w:t>
            </w:r>
          </w:p>
          <w:p w14:paraId="1FD0FD98" w14:textId="77777777" w:rsidR="00473E84" w:rsidRDefault="00000000">
            <w:pPr>
              <w:spacing w:after="24" w:line="240" w:lineRule="auto"/>
            </w:pPr>
            <w:r>
              <w:rPr>
                <w:color w:val="2A2A2A"/>
                <w:sz w:val="14"/>
              </w:rPr>
              <w:t>Staff/Visitors of  the arboretum</w:t>
            </w:r>
          </w:p>
        </w:tc>
        <w:tc>
          <w:tcPr>
            <w:tcW w:w="0" w:type="auto"/>
            <w:tcMar>
              <w:top w:w="45" w:type="dxa"/>
              <w:left w:w="60" w:type="dxa"/>
              <w:bottom w:w="45" w:type="dxa"/>
              <w:right w:w="60" w:type="dxa"/>
            </w:tcMar>
          </w:tcPr>
          <w:p w14:paraId="2F9D844A" w14:textId="77777777" w:rsidR="00473E84" w:rsidRDefault="00000000">
            <w:pPr>
              <w:spacing w:after="24" w:line="240" w:lineRule="auto"/>
            </w:pPr>
            <w:r>
              <w:rPr>
                <w:color w:val="2A2A2A"/>
                <w:sz w:val="14"/>
              </w:rPr>
              <w:t>High Adult/ child ratio</w:t>
            </w:r>
          </w:p>
          <w:p w14:paraId="48E8DD14" w14:textId="77777777" w:rsidR="00473E84" w:rsidRDefault="00000000">
            <w:pPr>
              <w:spacing w:after="24" w:line="240" w:lineRule="auto"/>
            </w:pPr>
            <w:r>
              <w:rPr>
                <w:color w:val="2A2A2A"/>
                <w:sz w:val="14"/>
              </w:rPr>
              <w:t>Make adults aware of the dangers</w:t>
            </w:r>
          </w:p>
          <w:p w14:paraId="28762C12" w14:textId="77777777" w:rsidR="00473E84" w:rsidRDefault="00000000">
            <w:pPr>
              <w:spacing w:after="24" w:line="240" w:lineRule="auto"/>
            </w:pPr>
            <w:r>
              <w:rPr>
                <w:color w:val="2A2A2A"/>
                <w:sz w:val="14"/>
              </w:rPr>
              <w:t>Inform children of the boundaries and the dangers  - if they can’t see the fire circle they are out of bounds</w:t>
            </w:r>
          </w:p>
          <w:p w14:paraId="58858647" w14:textId="77777777" w:rsidR="00473E84" w:rsidRDefault="00000000">
            <w:pPr>
              <w:spacing w:after="24" w:line="240" w:lineRule="auto"/>
            </w:pPr>
            <w:r>
              <w:rPr>
                <w:color w:val="2A2A2A"/>
                <w:sz w:val="14"/>
              </w:rPr>
              <w:t>Observe children from points around the sight specifically the bottom access point.</w:t>
            </w:r>
          </w:p>
        </w:tc>
      </w:tr>
      <w:tr w:rsidR="00473E84" w14:paraId="750E8402" w14:textId="77777777" w:rsidTr="005B0B50">
        <w:trPr>
          <w:cantSplit/>
          <w:jc w:val="center"/>
        </w:trPr>
        <w:tc>
          <w:tcPr>
            <w:tcW w:w="0" w:type="auto"/>
            <w:shd w:val="clear" w:color="auto" w:fill="F8FAF5"/>
            <w:tcMar>
              <w:top w:w="45" w:type="dxa"/>
              <w:left w:w="60" w:type="dxa"/>
              <w:bottom w:w="45" w:type="dxa"/>
              <w:right w:w="60" w:type="dxa"/>
            </w:tcMar>
          </w:tcPr>
          <w:p w14:paraId="0207A919" w14:textId="77777777" w:rsidR="00473E84" w:rsidRDefault="00000000">
            <w:pPr>
              <w:spacing w:after="24" w:line="240" w:lineRule="auto"/>
            </w:pPr>
            <w:r>
              <w:rPr>
                <w:b/>
                <w:color w:val="46581C"/>
                <w:sz w:val="14"/>
              </w:rPr>
              <w:t>Participants visiting that may behave inappropriately</w:t>
            </w:r>
          </w:p>
        </w:tc>
        <w:tc>
          <w:tcPr>
            <w:tcW w:w="0" w:type="auto"/>
            <w:shd w:val="clear" w:color="auto" w:fill="F8FAF5"/>
            <w:tcMar>
              <w:top w:w="45" w:type="dxa"/>
              <w:left w:w="60" w:type="dxa"/>
              <w:bottom w:w="45" w:type="dxa"/>
              <w:right w:w="60" w:type="dxa"/>
            </w:tcMar>
          </w:tcPr>
          <w:p w14:paraId="7AEEE7D0" w14:textId="77777777" w:rsidR="00473E84" w:rsidRDefault="00000000">
            <w:pPr>
              <w:spacing w:after="24" w:line="240" w:lineRule="auto"/>
            </w:pPr>
            <w:r>
              <w:rPr>
                <w:color w:val="2A2A2A"/>
                <w:sz w:val="14"/>
              </w:rPr>
              <w:t>Opportunity to go on visit and new experiences</w:t>
            </w:r>
          </w:p>
        </w:tc>
        <w:tc>
          <w:tcPr>
            <w:tcW w:w="0" w:type="auto"/>
            <w:shd w:val="clear" w:color="auto" w:fill="F8FAF5"/>
            <w:tcMar>
              <w:top w:w="45" w:type="dxa"/>
              <w:left w:w="60" w:type="dxa"/>
              <w:bottom w:w="45" w:type="dxa"/>
              <w:right w:w="60" w:type="dxa"/>
            </w:tcMar>
          </w:tcPr>
          <w:p w14:paraId="3A401E8F" w14:textId="77777777" w:rsidR="00473E84" w:rsidRDefault="00000000">
            <w:pPr>
              <w:spacing w:after="24" w:line="240" w:lineRule="auto"/>
            </w:pPr>
            <w:r>
              <w:rPr>
                <w:color w:val="2A2A2A"/>
                <w:sz w:val="14"/>
              </w:rPr>
              <w:t>Inappropriate /bad behaviour of children causing</w:t>
            </w:r>
          </w:p>
        </w:tc>
        <w:tc>
          <w:tcPr>
            <w:tcW w:w="0" w:type="auto"/>
            <w:shd w:val="clear" w:color="auto" w:fill="F8FAF5"/>
            <w:tcMar>
              <w:top w:w="45" w:type="dxa"/>
              <w:left w:w="60" w:type="dxa"/>
              <w:bottom w:w="45" w:type="dxa"/>
              <w:right w:w="60" w:type="dxa"/>
            </w:tcMar>
          </w:tcPr>
          <w:p w14:paraId="48E1386E" w14:textId="77777777" w:rsidR="00473E84" w:rsidRDefault="00000000">
            <w:pPr>
              <w:spacing w:after="24" w:line="240" w:lineRule="auto"/>
            </w:pPr>
            <w:r>
              <w:rPr>
                <w:color w:val="2A2A2A"/>
                <w:sz w:val="14"/>
              </w:rPr>
              <w:t>Lost /missing children,   damage to property, animals, other’s themselves</w:t>
            </w:r>
          </w:p>
        </w:tc>
        <w:tc>
          <w:tcPr>
            <w:tcW w:w="0" w:type="auto"/>
            <w:shd w:val="clear" w:color="auto" w:fill="F8FAF5"/>
            <w:tcMar>
              <w:top w:w="45" w:type="dxa"/>
              <w:left w:w="60" w:type="dxa"/>
              <w:bottom w:w="45" w:type="dxa"/>
              <w:right w:w="60" w:type="dxa"/>
            </w:tcMar>
          </w:tcPr>
          <w:p w14:paraId="033E9DB2" w14:textId="77777777" w:rsidR="00473E84" w:rsidRDefault="00000000">
            <w:pPr>
              <w:spacing w:after="24" w:line="240" w:lineRule="auto"/>
            </w:pPr>
            <w:r>
              <w:rPr>
                <w:color w:val="2A2A2A"/>
                <w:sz w:val="14"/>
              </w:rPr>
              <w:t>Teachers to supervise and be responsible for the children at all times.</w:t>
            </w:r>
          </w:p>
          <w:p w14:paraId="14345EF4" w14:textId="77777777" w:rsidR="00473E84" w:rsidRDefault="00000000">
            <w:pPr>
              <w:spacing w:after="24" w:line="240" w:lineRule="auto"/>
            </w:pPr>
            <w:r>
              <w:rPr>
                <w:color w:val="2A2A2A"/>
                <w:sz w:val="14"/>
              </w:rPr>
              <w:t>Children asked to leave premises if behaviour endangers property, children, themselves or animals</w:t>
            </w:r>
          </w:p>
          <w:p w14:paraId="382B6D57" w14:textId="77777777" w:rsidR="00473E84" w:rsidRDefault="00000000">
            <w:pPr>
              <w:spacing w:after="24" w:line="240" w:lineRule="auto"/>
            </w:pPr>
            <w:r>
              <w:rPr>
                <w:color w:val="2A2A2A"/>
                <w:sz w:val="14"/>
              </w:rPr>
              <w:t>Teachers/ party leaders responsible for children’s behaviour at all times</w:t>
            </w:r>
          </w:p>
        </w:tc>
      </w:tr>
      <w:tr w:rsidR="00473E84" w14:paraId="29C9BB64" w14:textId="77777777" w:rsidTr="005B0B50">
        <w:trPr>
          <w:cantSplit/>
          <w:jc w:val="center"/>
        </w:trPr>
        <w:tc>
          <w:tcPr>
            <w:tcW w:w="0" w:type="auto"/>
            <w:tcMar>
              <w:top w:w="45" w:type="dxa"/>
              <w:left w:w="60" w:type="dxa"/>
              <w:bottom w:w="45" w:type="dxa"/>
              <w:right w:w="60" w:type="dxa"/>
            </w:tcMar>
          </w:tcPr>
          <w:p w14:paraId="48EB4606" w14:textId="77777777" w:rsidR="00473E84" w:rsidRDefault="00000000">
            <w:pPr>
              <w:spacing w:after="24" w:line="240" w:lineRule="auto"/>
            </w:pPr>
            <w:r>
              <w:rPr>
                <w:b/>
                <w:color w:val="46581C"/>
                <w:sz w:val="14"/>
              </w:rPr>
              <w:lastRenderedPageBreak/>
              <w:t>Critical Incident</w:t>
            </w:r>
          </w:p>
        </w:tc>
        <w:tc>
          <w:tcPr>
            <w:tcW w:w="0" w:type="auto"/>
            <w:tcMar>
              <w:top w:w="45" w:type="dxa"/>
              <w:left w:w="60" w:type="dxa"/>
              <w:bottom w:w="45" w:type="dxa"/>
              <w:right w:w="60" w:type="dxa"/>
            </w:tcMar>
          </w:tcPr>
          <w:p w14:paraId="04EA336B" w14:textId="77777777" w:rsidR="00473E84" w:rsidRDefault="00000000">
            <w:pPr>
              <w:spacing w:after="24" w:line="240" w:lineRule="auto"/>
            </w:pPr>
            <w:r>
              <w:rPr>
                <w:color w:val="2A2A2A"/>
                <w:sz w:val="14"/>
              </w:rPr>
              <w:t>Keeping everyone safe and in good health</w:t>
            </w:r>
          </w:p>
        </w:tc>
        <w:tc>
          <w:tcPr>
            <w:tcW w:w="0" w:type="auto"/>
            <w:tcMar>
              <w:top w:w="45" w:type="dxa"/>
              <w:left w:w="60" w:type="dxa"/>
              <w:bottom w:w="45" w:type="dxa"/>
              <w:right w:w="60" w:type="dxa"/>
            </w:tcMar>
          </w:tcPr>
          <w:p w14:paraId="27C33E2E" w14:textId="77777777" w:rsidR="00473E84" w:rsidRDefault="00000000">
            <w:pPr>
              <w:spacing w:after="24" w:line="240" w:lineRule="auto"/>
            </w:pPr>
            <w:r>
              <w:rPr>
                <w:color w:val="2A2A2A"/>
                <w:sz w:val="14"/>
              </w:rPr>
              <w:t>Poor communication</w:t>
            </w:r>
          </w:p>
          <w:p w14:paraId="083527EE" w14:textId="77777777" w:rsidR="00473E84" w:rsidRDefault="00000000">
            <w:pPr>
              <w:spacing w:after="24" w:line="240" w:lineRule="auto"/>
            </w:pPr>
            <w:r>
              <w:rPr>
                <w:color w:val="2A2A2A"/>
                <w:sz w:val="14"/>
              </w:rPr>
              <w:t>Lack of information</w:t>
            </w:r>
          </w:p>
          <w:p w14:paraId="7A49984B" w14:textId="77777777" w:rsidR="00473E84" w:rsidRDefault="00000000">
            <w:pPr>
              <w:spacing w:after="24" w:line="240" w:lineRule="auto"/>
            </w:pPr>
            <w:r>
              <w:rPr>
                <w:color w:val="2A2A2A"/>
                <w:sz w:val="14"/>
              </w:rPr>
              <w:t>Lack of instruction</w:t>
            </w:r>
          </w:p>
        </w:tc>
        <w:tc>
          <w:tcPr>
            <w:tcW w:w="0" w:type="auto"/>
            <w:tcMar>
              <w:top w:w="45" w:type="dxa"/>
              <w:left w:w="60" w:type="dxa"/>
              <w:bottom w:w="45" w:type="dxa"/>
              <w:right w:w="60" w:type="dxa"/>
            </w:tcMar>
          </w:tcPr>
          <w:p w14:paraId="74647658" w14:textId="77777777" w:rsidR="00473E84" w:rsidRDefault="00000000">
            <w:pPr>
              <w:spacing w:after="24" w:line="240" w:lineRule="auto"/>
            </w:pPr>
            <w:r>
              <w:rPr>
                <w:color w:val="2A2A2A"/>
                <w:sz w:val="14"/>
              </w:rPr>
              <w:t>Confusion</w:t>
            </w:r>
          </w:p>
          <w:p w14:paraId="4D1D0CF9" w14:textId="77777777" w:rsidR="00473E84" w:rsidRDefault="00000000">
            <w:pPr>
              <w:spacing w:after="24" w:line="240" w:lineRule="auto"/>
            </w:pPr>
            <w:r>
              <w:rPr>
                <w:color w:val="2A2A2A"/>
                <w:sz w:val="14"/>
              </w:rPr>
              <w:t>Distress</w:t>
            </w:r>
          </w:p>
          <w:p w14:paraId="6E8781CC" w14:textId="77777777" w:rsidR="00473E84" w:rsidRDefault="00000000">
            <w:pPr>
              <w:spacing w:after="24" w:line="240" w:lineRule="auto"/>
            </w:pPr>
            <w:r>
              <w:rPr>
                <w:color w:val="2A2A2A"/>
                <w:sz w:val="14"/>
              </w:rPr>
              <w:t>Delay in obtaining Assistance/help</w:t>
            </w:r>
          </w:p>
        </w:tc>
        <w:tc>
          <w:tcPr>
            <w:tcW w:w="0" w:type="auto"/>
            <w:tcMar>
              <w:top w:w="45" w:type="dxa"/>
              <w:left w:w="60" w:type="dxa"/>
              <w:bottom w:w="45" w:type="dxa"/>
              <w:right w:w="60" w:type="dxa"/>
            </w:tcMar>
          </w:tcPr>
          <w:p w14:paraId="5F8B6B0A" w14:textId="77777777" w:rsidR="00473E84" w:rsidRDefault="00000000">
            <w:pPr>
              <w:spacing w:after="24" w:line="240" w:lineRule="auto"/>
            </w:pPr>
            <w:r>
              <w:rPr>
                <w:color w:val="2A2A2A"/>
                <w:sz w:val="14"/>
              </w:rPr>
              <w:t>Where and When appropriate dependant on incident</w:t>
            </w:r>
          </w:p>
          <w:p w14:paraId="02964943" w14:textId="77777777" w:rsidR="00473E84" w:rsidRDefault="00000000">
            <w:pPr>
              <w:spacing w:after="24" w:line="240" w:lineRule="auto"/>
            </w:pPr>
            <w:r>
              <w:rPr>
                <w:color w:val="2A2A2A"/>
                <w:sz w:val="14"/>
              </w:rPr>
              <w:t>Leader to phone 112.</w:t>
            </w:r>
          </w:p>
          <w:p w14:paraId="5A852EA9" w14:textId="77777777" w:rsidR="00473E84" w:rsidRDefault="00000000">
            <w:pPr>
              <w:spacing w:after="24" w:line="240" w:lineRule="auto"/>
            </w:pPr>
            <w:r>
              <w:rPr>
                <w:color w:val="2A2A2A"/>
                <w:sz w:val="14"/>
              </w:rPr>
              <w:t>Visitors Centre 01562 852444</w:t>
            </w:r>
          </w:p>
          <w:p w14:paraId="425BE064" w14:textId="77777777" w:rsidR="00473E84" w:rsidRDefault="00000000">
            <w:pPr>
              <w:spacing w:after="24" w:line="240" w:lineRule="auto"/>
            </w:pPr>
            <w:r>
              <w:rPr>
                <w:color w:val="2A2A2A"/>
                <w:sz w:val="14"/>
              </w:rPr>
              <w:t>James Binian Owner 07967 550342</w:t>
            </w:r>
          </w:p>
          <w:p w14:paraId="59BC2263" w14:textId="77777777" w:rsidR="00473E84" w:rsidRDefault="00000000">
            <w:pPr>
              <w:spacing w:after="24" w:line="240" w:lineRule="auto"/>
            </w:pPr>
            <w:r>
              <w:rPr>
                <w:color w:val="2A2A2A"/>
                <w:sz w:val="14"/>
              </w:rPr>
              <w:t>Sandra 07765394456</w:t>
            </w:r>
          </w:p>
          <w:p w14:paraId="21800370" w14:textId="77777777" w:rsidR="00473E84" w:rsidRDefault="00000000">
            <w:pPr>
              <w:spacing w:after="24" w:line="240" w:lineRule="auto"/>
            </w:pPr>
            <w:r>
              <w:rPr>
                <w:color w:val="2A2A2A"/>
                <w:sz w:val="14"/>
              </w:rPr>
              <w:t>Follow emergency procedure in handbook or shelter</w:t>
            </w:r>
          </w:p>
          <w:p w14:paraId="4710A080" w14:textId="77777777" w:rsidR="00473E84" w:rsidRDefault="00000000">
            <w:pPr>
              <w:spacing w:after="24" w:line="240" w:lineRule="auto"/>
            </w:pPr>
            <w:r>
              <w:rPr>
                <w:color w:val="2A2A2A"/>
                <w:sz w:val="14"/>
              </w:rPr>
              <w:t>Teachers to inform school</w:t>
            </w:r>
          </w:p>
          <w:p w14:paraId="63EA2CE8" w14:textId="77777777" w:rsidR="00473E84" w:rsidRDefault="00000000">
            <w:pPr>
              <w:spacing w:after="24" w:line="240" w:lineRule="auto"/>
            </w:pPr>
            <w:r>
              <w:rPr>
                <w:color w:val="2A2A2A"/>
                <w:sz w:val="14"/>
              </w:rPr>
              <w:t>Responsible adult to gather and retain children in a safe place until incident is resolved/in hand</w:t>
            </w:r>
          </w:p>
        </w:tc>
      </w:tr>
      <w:tr w:rsidR="00473E84" w14:paraId="396BC43A" w14:textId="77777777" w:rsidTr="005B0B50">
        <w:trPr>
          <w:cantSplit/>
          <w:jc w:val="center"/>
        </w:trPr>
        <w:tc>
          <w:tcPr>
            <w:tcW w:w="0" w:type="auto"/>
            <w:shd w:val="clear" w:color="auto" w:fill="F8FAF5"/>
            <w:tcMar>
              <w:top w:w="45" w:type="dxa"/>
              <w:left w:w="60" w:type="dxa"/>
              <w:bottom w:w="45" w:type="dxa"/>
              <w:right w:w="60" w:type="dxa"/>
            </w:tcMar>
          </w:tcPr>
          <w:p w14:paraId="3B26AF83" w14:textId="77777777" w:rsidR="00473E84" w:rsidRDefault="00000000">
            <w:pPr>
              <w:spacing w:after="24" w:line="240" w:lineRule="auto"/>
            </w:pPr>
            <w:r>
              <w:rPr>
                <w:b/>
                <w:color w:val="46581C"/>
                <w:sz w:val="14"/>
              </w:rPr>
              <w:t>First Aid</w:t>
            </w:r>
          </w:p>
        </w:tc>
        <w:tc>
          <w:tcPr>
            <w:tcW w:w="0" w:type="auto"/>
            <w:shd w:val="clear" w:color="auto" w:fill="F8FAF5"/>
            <w:tcMar>
              <w:top w:w="45" w:type="dxa"/>
              <w:left w:w="60" w:type="dxa"/>
              <w:bottom w:w="45" w:type="dxa"/>
              <w:right w:w="60" w:type="dxa"/>
            </w:tcMar>
          </w:tcPr>
          <w:p w14:paraId="562819AB" w14:textId="77777777" w:rsidR="00473E84" w:rsidRDefault="00000000">
            <w:pPr>
              <w:spacing w:after="24" w:line="240" w:lineRule="auto"/>
            </w:pPr>
            <w:r>
              <w:rPr>
                <w:color w:val="2A2A2A"/>
                <w:sz w:val="14"/>
              </w:rPr>
              <w:t>Ensure that participants receive adequate and affective first aid in the case of an emergency</w:t>
            </w:r>
          </w:p>
          <w:p w14:paraId="5B6D903C" w14:textId="77777777" w:rsidR="00473E84" w:rsidRDefault="00000000">
            <w:pPr>
              <w:spacing w:after="24" w:line="240" w:lineRule="auto"/>
            </w:pPr>
            <w:r>
              <w:rPr>
                <w:color w:val="2A2A2A"/>
                <w:sz w:val="14"/>
              </w:rPr>
              <w:t>Protect participants and leaders</w:t>
            </w:r>
          </w:p>
        </w:tc>
        <w:tc>
          <w:tcPr>
            <w:tcW w:w="0" w:type="auto"/>
            <w:shd w:val="clear" w:color="auto" w:fill="F8FAF5"/>
            <w:tcMar>
              <w:top w:w="45" w:type="dxa"/>
              <w:left w:w="60" w:type="dxa"/>
              <w:bottom w:w="45" w:type="dxa"/>
              <w:right w:w="60" w:type="dxa"/>
            </w:tcMar>
          </w:tcPr>
          <w:p w14:paraId="154322D8" w14:textId="77777777" w:rsidR="00473E84" w:rsidRDefault="00000000">
            <w:pPr>
              <w:spacing w:after="24" w:line="240" w:lineRule="auto"/>
            </w:pPr>
            <w:r>
              <w:rPr>
                <w:color w:val="2A2A2A"/>
                <w:sz w:val="14"/>
              </w:rPr>
              <w:t>Inadequate or no first aid received</w:t>
            </w:r>
          </w:p>
          <w:p w14:paraId="4B9C722A" w14:textId="77777777" w:rsidR="00473E84" w:rsidRDefault="00000000">
            <w:pPr>
              <w:spacing w:after="24" w:line="240" w:lineRule="auto"/>
            </w:pPr>
            <w:r>
              <w:rPr>
                <w:color w:val="2A2A2A"/>
                <w:sz w:val="14"/>
              </w:rPr>
              <w:t>Delaying calling emergency services</w:t>
            </w:r>
          </w:p>
          <w:p w14:paraId="4BD489DA" w14:textId="77777777" w:rsidR="00473E84" w:rsidRDefault="00000000">
            <w:pPr>
              <w:spacing w:after="24" w:line="240" w:lineRule="auto"/>
            </w:pPr>
            <w:r>
              <w:rPr>
                <w:color w:val="2A2A2A"/>
                <w:sz w:val="14"/>
              </w:rPr>
              <w:t>Emergency services cannot access the site</w:t>
            </w:r>
          </w:p>
        </w:tc>
        <w:tc>
          <w:tcPr>
            <w:tcW w:w="0" w:type="auto"/>
            <w:shd w:val="clear" w:color="auto" w:fill="F8FAF5"/>
            <w:tcMar>
              <w:top w:w="45" w:type="dxa"/>
              <w:left w:w="60" w:type="dxa"/>
              <w:bottom w:w="45" w:type="dxa"/>
              <w:right w:w="60" w:type="dxa"/>
            </w:tcMar>
          </w:tcPr>
          <w:p w14:paraId="33B94CCF" w14:textId="77777777" w:rsidR="00473E84" w:rsidRDefault="00000000">
            <w:pPr>
              <w:spacing w:after="24" w:line="240" w:lineRule="auto"/>
            </w:pPr>
            <w:r>
              <w:rPr>
                <w:color w:val="2A2A2A"/>
                <w:sz w:val="14"/>
              </w:rPr>
              <w:t>Increased serious ness of injury</w:t>
            </w:r>
          </w:p>
          <w:p w14:paraId="66C46827" w14:textId="77777777" w:rsidR="00473E84" w:rsidRDefault="00000000">
            <w:pPr>
              <w:spacing w:after="24" w:line="240" w:lineRule="auto"/>
            </w:pPr>
            <w:r>
              <w:rPr>
                <w:color w:val="2A2A2A"/>
                <w:sz w:val="14"/>
              </w:rPr>
              <w:t>Irreparable or permanent damage</w:t>
            </w:r>
          </w:p>
          <w:p w14:paraId="17DCA0E6" w14:textId="77777777" w:rsidR="00473E84" w:rsidRDefault="00000000">
            <w:pPr>
              <w:spacing w:after="24" w:line="240" w:lineRule="auto"/>
            </w:pPr>
            <w:r>
              <w:rPr>
                <w:color w:val="2A2A2A"/>
                <w:sz w:val="14"/>
              </w:rPr>
              <w:t>Loss of life</w:t>
            </w:r>
          </w:p>
        </w:tc>
        <w:tc>
          <w:tcPr>
            <w:tcW w:w="0" w:type="auto"/>
            <w:shd w:val="clear" w:color="auto" w:fill="F8FAF5"/>
            <w:tcMar>
              <w:top w:w="45" w:type="dxa"/>
              <w:left w:w="60" w:type="dxa"/>
              <w:bottom w:w="45" w:type="dxa"/>
              <w:right w:w="60" w:type="dxa"/>
            </w:tcMar>
          </w:tcPr>
          <w:p w14:paraId="06154D48" w14:textId="77777777" w:rsidR="00473E84" w:rsidRDefault="00000000">
            <w:pPr>
              <w:spacing w:after="24" w:line="240" w:lineRule="auto"/>
            </w:pPr>
            <w:r>
              <w:rPr>
                <w:color w:val="2A2A2A"/>
                <w:sz w:val="14"/>
              </w:rPr>
              <w:t>Up to date Asthma Policy</w:t>
            </w:r>
          </w:p>
          <w:p w14:paraId="7A427FB2" w14:textId="77777777" w:rsidR="00473E84" w:rsidRDefault="00000000">
            <w:pPr>
              <w:spacing w:after="24" w:line="240" w:lineRule="auto"/>
            </w:pPr>
            <w:r>
              <w:rPr>
                <w:color w:val="2A2A2A"/>
                <w:sz w:val="14"/>
              </w:rPr>
              <w:t>Ensure all participants have medication/healthcare plan and adult trained to administer</w:t>
            </w:r>
          </w:p>
          <w:p w14:paraId="6429C6E0" w14:textId="77777777" w:rsidR="00473E84" w:rsidRDefault="00000000">
            <w:pPr>
              <w:spacing w:after="24" w:line="240" w:lineRule="auto"/>
            </w:pPr>
            <w:r>
              <w:rPr>
                <w:color w:val="2A2A2A"/>
                <w:sz w:val="14"/>
              </w:rPr>
              <w:t>All leaders have an up to date first aid certificate</w:t>
            </w:r>
          </w:p>
          <w:p w14:paraId="31BF58EA" w14:textId="77777777" w:rsidR="00473E84" w:rsidRDefault="00000000">
            <w:pPr>
              <w:spacing w:after="24" w:line="240" w:lineRule="auto"/>
            </w:pPr>
            <w:r>
              <w:rPr>
                <w:color w:val="2A2A2A"/>
                <w:sz w:val="14"/>
              </w:rPr>
              <w:t>Teachers / Carers and Parents are requested to carry out first aid/ have medical plans</w:t>
            </w:r>
          </w:p>
          <w:p w14:paraId="14C2E52C" w14:textId="77777777" w:rsidR="00473E84" w:rsidRDefault="00000000">
            <w:pPr>
              <w:spacing w:after="24" w:line="240" w:lineRule="auto"/>
            </w:pPr>
            <w:r>
              <w:rPr>
                <w:color w:val="2A2A2A"/>
                <w:sz w:val="14"/>
              </w:rPr>
              <w:t>OS reference and Instructions in Forest School Shelter</w:t>
            </w:r>
          </w:p>
          <w:p w14:paraId="13DE8C7F" w14:textId="77777777" w:rsidR="00473E84" w:rsidRDefault="00000000">
            <w:pPr>
              <w:spacing w:after="24" w:line="240" w:lineRule="auto"/>
            </w:pPr>
            <w:r>
              <w:rPr>
                <w:color w:val="2A2A2A"/>
                <w:sz w:val="14"/>
              </w:rPr>
              <w:t>Due to location request a 4 x 4 ambulance</w:t>
            </w:r>
          </w:p>
          <w:p w14:paraId="5BC0B0DD" w14:textId="77777777" w:rsidR="00473E84" w:rsidRDefault="00000000">
            <w:pPr>
              <w:spacing w:after="24" w:line="240" w:lineRule="auto"/>
            </w:pPr>
            <w:r>
              <w:rPr>
                <w:color w:val="2A2A2A"/>
                <w:sz w:val="14"/>
              </w:rPr>
              <w:t>Know the postcode and location of venue</w:t>
            </w:r>
          </w:p>
          <w:p w14:paraId="0A4DE821" w14:textId="77777777" w:rsidR="00473E84" w:rsidRDefault="00000000">
            <w:pPr>
              <w:spacing w:after="24" w:line="240" w:lineRule="auto"/>
            </w:pPr>
            <w:r>
              <w:rPr>
                <w:color w:val="2A2A2A"/>
                <w:sz w:val="14"/>
              </w:rPr>
              <w:t>Adequately describe incident and location to</w:t>
            </w:r>
          </w:p>
          <w:p w14:paraId="69CEE54B" w14:textId="77777777" w:rsidR="00473E84" w:rsidRDefault="00000000">
            <w:pPr>
              <w:spacing w:after="24" w:line="240" w:lineRule="auto"/>
            </w:pPr>
            <w:r>
              <w:rPr>
                <w:color w:val="2A2A2A"/>
                <w:sz w:val="14"/>
              </w:rPr>
              <w:t>If in doubt call 111 for advice/guidance or 112/999 for advice in an emergency situation</w:t>
            </w:r>
          </w:p>
          <w:p w14:paraId="413F6E00" w14:textId="77777777" w:rsidR="00473E84" w:rsidRDefault="00000000">
            <w:pPr>
              <w:spacing w:after="24" w:line="240" w:lineRule="auto"/>
            </w:pPr>
            <w:r>
              <w:rPr>
                <w:color w:val="2A2A2A"/>
                <w:sz w:val="14"/>
              </w:rPr>
              <w:t>Do not guess! Unless no signal/help</w:t>
            </w:r>
          </w:p>
        </w:tc>
      </w:tr>
    </w:tbl>
    <w:p w14:paraId="7653B0D2" w14:textId="77777777" w:rsidR="00473E84" w:rsidRDefault="00000000">
      <w:pPr>
        <w:spacing w:before="100" w:after="40"/>
      </w:pPr>
      <w:r>
        <w:rPr>
          <w:b/>
          <w:color w:val="46581C"/>
          <w:sz w:val="19"/>
        </w:rPr>
        <w:t>Notes applying to this assessment</w:t>
      </w:r>
    </w:p>
    <w:p w14:paraId="03B35AA2" w14:textId="77777777" w:rsidR="00473E84" w:rsidRDefault="00000000">
      <w:pPr>
        <w:pStyle w:val="TWOBody"/>
        <w:spacing w:after="60"/>
      </w:pPr>
      <w:r>
        <w:rPr>
          <w:sz w:val="16"/>
        </w:rPr>
        <w:t>* With all activities it is taken that a qualified OCN Level 3 qualified Forest School leader is present running the session and that leader holds a current first aid qualification, an enhanced CRB certificate, a level 2 food hygiene certificate and Public Liability Insurance. The Forest school leader expects teachers/parents to bring medical information and medication and ensure that this is held with the adult in charge of the child at all times.  The Forest school leader requests that any medical conditions are brought to their attention before the start of the session.</w:t>
      </w:r>
      <w:r>
        <w:rPr>
          <w:sz w:val="16"/>
        </w:rPr>
        <w:br/>
        <w:t>Risk assessment to be read in conjunction with Site Risk assessment, individual activity and specific hazard risk assessments and the Policies and Procedures. Available on request</w:t>
      </w:r>
    </w:p>
    <w:p w14:paraId="12A8B386" w14:textId="77777777" w:rsidR="00473E84" w:rsidRDefault="00000000">
      <w:pPr>
        <w:pStyle w:val="TWOBody"/>
        <w:spacing w:after="60"/>
      </w:pPr>
      <w:r>
        <w:rPr>
          <w:sz w:val="16"/>
        </w:rPr>
        <w:t>Due to the nature of the site and the activities, this risk assessment will be evaluated throughout the year and through the course of the visit and adjustments made as and when necessary to adapt to the situation and group</w:t>
      </w:r>
    </w:p>
    <w:p w14:paraId="6CFBD7C5" w14:textId="77777777" w:rsidR="00473E84" w:rsidRDefault="00000000">
      <w:pPr>
        <w:pStyle w:val="TWOBody"/>
        <w:spacing w:after="60"/>
      </w:pPr>
      <w:r>
        <w:rPr>
          <w:sz w:val="16"/>
        </w:rPr>
        <w:t xml:space="preserve">N.B All children and staff should be dressed appropriately in activity clothes with sturdy shoes/ boots, wellies if wet as the site can get very muddy.  </w:t>
      </w:r>
      <w:r>
        <w:rPr>
          <w:sz w:val="16"/>
        </w:rPr>
        <w:br/>
        <w:t xml:space="preserve">For Forest School long sleeves and trousers are essential.  Everyone should bring waterproof clothing, a change of clothes and wear activity clothes. </w:t>
      </w:r>
      <w:r>
        <w:rPr>
          <w:sz w:val="16"/>
        </w:rPr>
        <w:br/>
        <w:t>If staying over lunch time bring a packed lunch and a drink.</w:t>
      </w:r>
    </w:p>
    <w:p w14:paraId="14919455" w14:textId="77777777" w:rsidR="00473E84" w:rsidRDefault="00000000">
      <w:pPr>
        <w:pStyle w:val="TWOBody"/>
        <w:spacing w:after="60"/>
      </w:pPr>
      <w:r>
        <w:rPr>
          <w:sz w:val="16"/>
        </w:rPr>
        <w:t>Group leaders, you are encouraged to visit the Arboretum, with a colleague to carry out your own risk assessment prior to your visit.</w:t>
      </w:r>
    </w:p>
    <w:p w14:paraId="2FF44CC8" w14:textId="77777777" w:rsidR="00473E84" w:rsidRDefault="00473E84">
      <w:pPr>
        <w:pageBreakBefore/>
      </w:pPr>
    </w:p>
    <w:p w14:paraId="4A326E92" w14:textId="77777777" w:rsidR="00473E84" w:rsidRDefault="00000000">
      <w:pPr>
        <w:pStyle w:val="TWOHeading2"/>
      </w:pPr>
      <w:r>
        <w:t>Bodenham Arboretum - Site Risk Assessment</w:t>
      </w:r>
    </w:p>
    <w:tbl>
      <w:tblPr>
        <w:tblW w:w="0" w:type="auto"/>
        <w:jc w:val="center"/>
        <w:tblBorders>
          <w:top w:val="single" w:sz="3" w:space="0" w:color="D9D9D9"/>
          <w:left w:val="single" w:sz="3" w:space="0" w:color="D9D9D9"/>
          <w:bottom w:val="single" w:sz="3" w:space="0" w:color="D9D9D9"/>
          <w:right w:val="single" w:sz="3" w:space="0" w:color="D9D9D9"/>
          <w:insideH w:val="single" w:sz="3" w:space="0" w:color="D9D9D9"/>
          <w:insideV w:val="single" w:sz="3" w:space="0" w:color="D9D9D9"/>
        </w:tblBorders>
        <w:tblLayout w:type="fixed"/>
        <w:tblLook w:val="04A0" w:firstRow="1" w:lastRow="0" w:firstColumn="1" w:lastColumn="0" w:noHBand="0" w:noVBand="1"/>
      </w:tblPr>
      <w:tblGrid>
        <w:gridCol w:w="7268"/>
        <w:gridCol w:w="7268"/>
      </w:tblGrid>
      <w:tr w:rsidR="00473E84" w14:paraId="3975EC49" w14:textId="77777777">
        <w:trPr>
          <w:jc w:val="center"/>
        </w:trPr>
        <w:tc>
          <w:tcPr>
            <w:tcW w:w="7268" w:type="dxa"/>
            <w:shd w:val="clear" w:color="auto" w:fill="F6F1E8"/>
            <w:tcMar>
              <w:top w:w="55" w:type="dxa"/>
              <w:left w:w="90" w:type="dxa"/>
              <w:bottom w:w="55" w:type="dxa"/>
              <w:right w:w="90" w:type="dxa"/>
            </w:tcMar>
          </w:tcPr>
          <w:p w14:paraId="0BC8AFAF" w14:textId="77777777" w:rsidR="00473E84" w:rsidRDefault="00000000">
            <w:pPr>
              <w:spacing w:after="24" w:line="240" w:lineRule="auto"/>
            </w:pPr>
            <w:r>
              <w:rPr>
                <w:b/>
                <w:color w:val="2A2A2A"/>
                <w:sz w:val="16"/>
              </w:rPr>
              <w:t>Venue and Postcode:  Bodenham Arboretum  DY11 5TB</w:t>
            </w:r>
          </w:p>
        </w:tc>
        <w:tc>
          <w:tcPr>
            <w:tcW w:w="7268" w:type="dxa"/>
            <w:shd w:val="clear" w:color="auto" w:fill="F6F1E8"/>
            <w:tcMar>
              <w:top w:w="55" w:type="dxa"/>
              <w:left w:w="90" w:type="dxa"/>
              <w:bottom w:w="55" w:type="dxa"/>
              <w:right w:w="90" w:type="dxa"/>
            </w:tcMar>
          </w:tcPr>
          <w:p w14:paraId="2D087B7B" w14:textId="77777777" w:rsidR="00473E84" w:rsidRDefault="00000000">
            <w:pPr>
              <w:spacing w:after="24" w:line="240" w:lineRule="auto"/>
            </w:pPr>
            <w:r>
              <w:rPr>
                <w:b/>
                <w:color w:val="2A2A2A"/>
                <w:sz w:val="16"/>
              </w:rPr>
              <w:t>Location: The Octagon, Oak tree site and Car Park Site</w:t>
            </w:r>
          </w:p>
        </w:tc>
      </w:tr>
      <w:tr w:rsidR="00473E84" w14:paraId="7B96C2E0" w14:textId="77777777">
        <w:trPr>
          <w:jc w:val="center"/>
        </w:trPr>
        <w:tc>
          <w:tcPr>
            <w:tcW w:w="7268" w:type="dxa"/>
            <w:tcMar>
              <w:top w:w="55" w:type="dxa"/>
              <w:left w:w="90" w:type="dxa"/>
              <w:bottom w:w="55" w:type="dxa"/>
              <w:right w:w="90" w:type="dxa"/>
            </w:tcMar>
          </w:tcPr>
          <w:p w14:paraId="7BF674BF" w14:textId="77777777" w:rsidR="00473E84" w:rsidRDefault="00000000">
            <w:pPr>
              <w:spacing w:after="24" w:line="240" w:lineRule="auto"/>
            </w:pPr>
            <w:r>
              <w:rPr>
                <w:color w:val="2A2A2A"/>
                <w:sz w:val="16"/>
              </w:rPr>
              <w:t>Assessment carried out by:  Sandra Hill</w:t>
            </w:r>
          </w:p>
        </w:tc>
        <w:tc>
          <w:tcPr>
            <w:tcW w:w="7268" w:type="dxa"/>
            <w:tcMar>
              <w:top w:w="55" w:type="dxa"/>
              <w:left w:w="90" w:type="dxa"/>
              <w:bottom w:w="55" w:type="dxa"/>
              <w:right w:w="90" w:type="dxa"/>
            </w:tcMar>
          </w:tcPr>
          <w:p w14:paraId="38E9C77C" w14:textId="77777777" w:rsidR="00473E84" w:rsidRDefault="00000000">
            <w:pPr>
              <w:spacing w:after="24" w:line="240" w:lineRule="auto"/>
            </w:pPr>
            <w:r>
              <w:rPr>
                <w:color w:val="2A2A2A"/>
                <w:sz w:val="16"/>
              </w:rPr>
              <w:t>Assessment date: January 2027</w:t>
            </w:r>
          </w:p>
        </w:tc>
      </w:tr>
      <w:tr w:rsidR="00473E84" w14:paraId="673C8D1B" w14:textId="77777777">
        <w:trPr>
          <w:jc w:val="center"/>
        </w:trPr>
        <w:tc>
          <w:tcPr>
            <w:tcW w:w="7268" w:type="dxa"/>
            <w:shd w:val="clear" w:color="auto" w:fill="F6F1E8"/>
            <w:tcMar>
              <w:top w:w="55" w:type="dxa"/>
              <w:left w:w="90" w:type="dxa"/>
              <w:bottom w:w="55" w:type="dxa"/>
              <w:right w:w="90" w:type="dxa"/>
            </w:tcMar>
          </w:tcPr>
          <w:p w14:paraId="61BEFB9E" w14:textId="77777777" w:rsidR="00473E84" w:rsidRDefault="00000000">
            <w:pPr>
              <w:spacing w:after="24" w:line="240" w:lineRule="auto"/>
            </w:pPr>
            <w:r>
              <w:rPr>
                <w:color w:val="2A2A2A"/>
                <w:sz w:val="16"/>
              </w:rPr>
              <w:t>Review date: January 2026</w:t>
            </w:r>
          </w:p>
        </w:tc>
        <w:tc>
          <w:tcPr>
            <w:tcW w:w="7268" w:type="dxa"/>
            <w:shd w:val="clear" w:color="auto" w:fill="F6F1E8"/>
            <w:tcMar>
              <w:top w:w="55" w:type="dxa"/>
              <w:left w:w="90" w:type="dxa"/>
              <w:bottom w:w="55" w:type="dxa"/>
              <w:right w:w="90" w:type="dxa"/>
            </w:tcMar>
          </w:tcPr>
          <w:p w14:paraId="76C7BA21" w14:textId="77777777" w:rsidR="00473E84" w:rsidRDefault="00473E84"/>
        </w:tc>
      </w:tr>
    </w:tbl>
    <w:p w14:paraId="18FE2E3C" w14:textId="77777777" w:rsidR="00473E84" w:rsidRDefault="00473E84">
      <w:pPr>
        <w:spacing w:after="40"/>
      </w:pPr>
    </w:p>
    <w:tbl>
      <w:tblPr>
        <w:tblW w:w="0" w:type="auto"/>
        <w:jc w:val="center"/>
        <w:tblBorders>
          <w:top w:val="single" w:sz="3" w:space="0" w:color="C9D2C0"/>
          <w:left w:val="single" w:sz="3" w:space="0" w:color="C9D2C0"/>
          <w:bottom w:val="single" w:sz="3" w:space="0" w:color="C9D2C0"/>
          <w:right w:val="single" w:sz="3" w:space="0" w:color="C9D2C0"/>
          <w:insideH w:val="single" w:sz="3" w:space="0" w:color="C9D2C0"/>
          <w:insideV w:val="single" w:sz="3" w:space="0" w:color="C9D2C0"/>
        </w:tblBorders>
        <w:tblLook w:val="04A0" w:firstRow="1" w:lastRow="0" w:firstColumn="1" w:lastColumn="0" w:noHBand="0" w:noVBand="1"/>
      </w:tblPr>
      <w:tblGrid>
        <w:gridCol w:w="2633"/>
        <w:gridCol w:w="3477"/>
        <w:gridCol w:w="8566"/>
      </w:tblGrid>
      <w:tr w:rsidR="00473E84" w14:paraId="608F1AF8" w14:textId="77777777" w:rsidTr="005B0B50">
        <w:trPr>
          <w:tblHeader/>
          <w:jc w:val="center"/>
        </w:trPr>
        <w:tc>
          <w:tcPr>
            <w:tcW w:w="0" w:type="auto"/>
            <w:shd w:val="clear" w:color="auto" w:fill="46581C"/>
            <w:tcMar>
              <w:top w:w="55" w:type="dxa"/>
              <w:left w:w="70" w:type="dxa"/>
              <w:bottom w:w="55" w:type="dxa"/>
              <w:right w:w="70" w:type="dxa"/>
            </w:tcMar>
          </w:tcPr>
          <w:p w14:paraId="6A407D13" w14:textId="77777777" w:rsidR="00473E84" w:rsidRDefault="00000000">
            <w:pPr>
              <w:spacing w:after="24" w:line="240" w:lineRule="auto"/>
            </w:pPr>
            <w:r>
              <w:rPr>
                <w:b/>
                <w:color w:val="FFFFFF"/>
                <w:sz w:val="16"/>
              </w:rPr>
              <w:t>Site checked for</w:t>
            </w:r>
          </w:p>
        </w:tc>
        <w:tc>
          <w:tcPr>
            <w:tcW w:w="0" w:type="auto"/>
            <w:shd w:val="clear" w:color="auto" w:fill="46581C"/>
            <w:tcMar>
              <w:top w:w="55" w:type="dxa"/>
              <w:left w:w="70" w:type="dxa"/>
              <w:bottom w:w="55" w:type="dxa"/>
              <w:right w:w="70" w:type="dxa"/>
            </w:tcMar>
          </w:tcPr>
          <w:p w14:paraId="470B3478" w14:textId="77777777" w:rsidR="00473E84" w:rsidRDefault="00000000">
            <w:pPr>
              <w:spacing w:after="24" w:line="240" w:lineRule="auto"/>
            </w:pPr>
            <w:r>
              <w:rPr>
                <w:b/>
                <w:color w:val="FFFFFF"/>
                <w:sz w:val="16"/>
              </w:rPr>
              <w:t>Hazards</w:t>
            </w:r>
          </w:p>
        </w:tc>
        <w:tc>
          <w:tcPr>
            <w:tcW w:w="0" w:type="auto"/>
            <w:shd w:val="clear" w:color="auto" w:fill="46581C"/>
            <w:tcMar>
              <w:top w:w="55" w:type="dxa"/>
              <w:left w:w="70" w:type="dxa"/>
              <w:bottom w:w="55" w:type="dxa"/>
              <w:right w:w="70" w:type="dxa"/>
            </w:tcMar>
          </w:tcPr>
          <w:p w14:paraId="13E8AF05" w14:textId="77777777" w:rsidR="00473E84" w:rsidRDefault="00000000">
            <w:pPr>
              <w:spacing w:after="24" w:line="240" w:lineRule="auto"/>
            </w:pPr>
            <w:r>
              <w:rPr>
                <w:b/>
                <w:color w:val="FFFFFF"/>
                <w:sz w:val="16"/>
              </w:rPr>
              <w:t>Action proposed</w:t>
            </w:r>
          </w:p>
        </w:tc>
      </w:tr>
      <w:tr w:rsidR="005B0B50" w14:paraId="34882AB8" w14:textId="77777777" w:rsidTr="005B0B50">
        <w:trPr>
          <w:tblHeader/>
          <w:jc w:val="center"/>
        </w:trPr>
        <w:tc>
          <w:tcPr>
            <w:tcW w:w="0" w:type="auto"/>
            <w:shd w:val="clear" w:color="auto" w:fill="46581C"/>
            <w:tcMar>
              <w:top w:w="55" w:type="dxa"/>
              <w:left w:w="70" w:type="dxa"/>
              <w:bottom w:w="55" w:type="dxa"/>
              <w:right w:w="70" w:type="dxa"/>
            </w:tcMar>
          </w:tcPr>
          <w:p w14:paraId="206B4180" w14:textId="77777777" w:rsidR="005B0B50" w:rsidRDefault="005B0B50">
            <w:pPr>
              <w:spacing w:after="24" w:line="240" w:lineRule="auto"/>
              <w:rPr>
                <w:b/>
                <w:color w:val="FFFFFF"/>
                <w:sz w:val="16"/>
              </w:rPr>
            </w:pPr>
          </w:p>
        </w:tc>
        <w:tc>
          <w:tcPr>
            <w:tcW w:w="0" w:type="auto"/>
            <w:shd w:val="clear" w:color="auto" w:fill="46581C"/>
            <w:tcMar>
              <w:top w:w="55" w:type="dxa"/>
              <w:left w:w="70" w:type="dxa"/>
              <w:bottom w:w="55" w:type="dxa"/>
              <w:right w:w="70" w:type="dxa"/>
            </w:tcMar>
          </w:tcPr>
          <w:p w14:paraId="4DBC8CFD" w14:textId="77777777" w:rsidR="005B0B50" w:rsidRDefault="005B0B50">
            <w:pPr>
              <w:spacing w:after="24" w:line="240" w:lineRule="auto"/>
              <w:rPr>
                <w:b/>
                <w:color w:val="FFFFFF"/>
                <w:sz w:val="16"/>
              </w:rPr>
            </w:pPr>
          </w:p>
        </w:tc>
        <w:tc>
          <w:tcPr>
            <w:tcW w:w="0" w:type="auto"/>
            <w:shd w:val="clear" w:color="auto" w:fill="46581C"/>
            <w:tcMar>
              <w:top w:w="55" w:type="dxa"/>
              <w:left w:w="70" w:type="dxa"/>
              <w:bottom w:w="55" w:type="dxa"/>
              <w:right w:w="70" w:type="dxa"/>
            </w:tcMar>
          </w:tcPr>
          <w:p w14:paraId="5579964F" w14:textId="77777777" w:rsidR="005B0B50" w:rsidRDefault="005B0B50">
            <w:pPr>
              <w:spacing w:after="24" w:line="240" w:lineRule="auto"/>
              <w:rPr>
                <w:b/>
                <w:color w:val="FFFFFF"/>
                <w:sz w:val="16"/>
              </w:rPr>
            </w:pPr>
          </w:p>
        </w:tc>
      </w:tr>
      <w:tr w:rsidR="00473E84" w14:paraId="23325C7C" w14:textId="77777777" w:rsidTr="005B0B50">
        <w:trPr>
          <w:cantSplit/>
          <w:jc w:val="center"/>
        </w:trPr>
        <w:tc>
          <w:tcPr>
            <w:tcW w:w="0" w:type="auto"/>
            <w:tcMar>
              <w:top w:w="45" w:type="dxa"/>
              <w:left w:w="60" w:type="dxa"/>
              <w:bottom w:w="45" w:type="dxa"/>
              <w:right w:w="60" w:type="dxa"/>
            </w:tcMar>
          </w:tcPr>
          <w:p w14:paraId="6D0A9939" w14:textId="77777777" w:rsidR="00473E84" w:rsidRDefault="00000000">
            <w:pPr>
              <w:spacing w:after="24" w:line="240" w:lineRule="auto"/>
            </w:pPr>
            <w:r>
              <w:rPr>
                <w:b/>
                <w:color w:val="46581C"/>
                <w:sz w:val="14"/>
              </w:rPr>
              <w:t>Canopy Layer –</w:t>
            </w:r>
          </w:p>
          <w:p w14:paraId="4AA50695" w14:textId="77777777" w:rsidR="00473E84" w:rsidRDefault="00000000">
            <w:pPr>
              <w:spacing w:after="24" w:line="240" w:lineRule="auto"/>
            </w:pPr>
            <w:r>
              <w:rPr>
                <w:b/>
                <w:color w:val="46581C"/>
                <w:sz w:val="14"/>
              </w:rPr>
              <w:t>Mature Oak tree,</w:t>
            </w:r>
          </w:p>
          <w:p w14:paraId="37FA6B1B" w14:textId="77777777" w:rsidR="00473E84" w:rsidRDefault="00000000">
            <w:pPr>
              <w:spacing w:after="24" w:line="240" w:lineRule="auto"/>
            </w:pPr>
            <w:r>
              <w:rPr>
                <w:b/>
                <w:color w:val="46581C"/>
                <w:sz w:val="14"/>
              </w:rPr>
              <w:t>Mature Conifers</w:t>
            </w:r>
          </w:p>
          <w:p w14:paraId="1CEBB0A5" w14:textId="77777777" w:rsidR="00473E84" w:rsidRDefault="00000000">
            <w:pPr>
              <w:spacing w:after="24" w:line="240" w:lineRule="auto"/>
            </w:pPr>
            <w:r>
              <w:rPr>
                <w:b/>
                <w:color w:val="46581C"/>
                <w:sz w:val="14"/>
              </w:rPr>
              <w:t>Eucalyptus</w:t>
            </w:r>
          </w:p>
          <w:p w14:paraId="18E46882" w14:textId="77777777" w:rsidR="00473E84" w:rsidRDefault="00000000">
            <w:pPr>
              <w:spacing w:after="24" w:line="240" w:lineRule="auto"/>
            </w:pPr>
            <w:r>
              <w:rPr>
                <w:b/>
                <w:color w:val="46581C"/>
                <w:sz w:val="14"/>
              </w:rPr>
              <w:t>Sweet chestnut</w:t>
            </w:r>
          </w:p>
          <w:p w14:paraId="0D8A1068" w14:textId="77777777" w:rsidR="00473E84" w:rsidRDefault="00000000">
            <w:pPr>
              <w:spacing w:after="24" w:line="240" w:lineRule="auto"/>
            </w:pPr>
            <w:r>
              <w:rPr>
                <w:b/>
                <w:color w:val="46581C"/>
                <w:sz w:val="14"/>
              </w:rPr>
              <w:t>Other deciduous trees or varying varieties</w:t>
            </w:r>
          </w:p>
        </w:tc>
        <w:tc>
          <w:tcPr>
            <w:tcW w:w="0" w:type="auto"/>
            <w:tcMar>
              <w:top w:w="45" w:type="dxa"/>
              <w:left w:w="60" w:type="dxa"/>
              <w:bottom w:w="45" w:type="dxa"/>
              <w:right w:w="60" w:type="dxa"/>
            </w:tcMar>
          </w:tcPr>
          <w:p w14:paraId="04A41CB5" w14:textId="77777777" w:rsidR="00473E84" w:rsidRDefault="00000000">
            <w:pPr>
              <w:spacing w:after="24" w:line="240" w:lineRule="auto"/>
            </w:pPr>
            <w:r>
              <w:rPr>
                <w:color w:val="2A2A2A"/>
                <w:sz w:val="14"/>
              </w:rPr>
              <w:t>Fallen Branches/dead branches</w:t>
            </w:r>
          </w:p>
          <w:p w14:paraId="26EE04B4" w14:textId="77777777" w:rsidR="00473E84" w:rsidRDefault="00000000">
            <w:pPr>
              <w:spacing w:after="24" w:line="240" w:lineRule="auto"/>
            </w:pPr>
            <w:r>
              <w:rPr>
                <w:color w:val="2A2A2A"/>
                <w:sz w:val="14"/>
              </w:rPr>
              <w:t>Tree fruit –i.e  Acorns falling/consumption</w:t>
            </w:r>
          </w:p>
          <w:p w14:paraId="143722AB" w14:textId="77777777" w:rsidR="00473E84" w:rsidRDefault="00000000">
            <w:pPr>
              <w:spacing w:after="24" w:line="240" w:lineRule="auto"/>
            </w:pPr>
            <w:r>
              <w:rPr>
                <w:color w:val="2A2A2A"/>
                <w:sz w:val="14"/>
              </w:rPr>
              <w:t>Spiky cases of sweet chestnut</w:t>
            </w:r>
          </w:p>
          <w:p w14:paraId="2239B338" w14:textId="77777777" w:rsidR="00473E84" w:rsidRDefault="00000000">
            <w:pPr>
              <w:spacing w:after="24" w:line="240" w:lineRule="auto"/>
            </w:pPr>
            <w:r>
              <w:rPr>
                <w:color w:val="2A2A2A"/>
                <w:sz w:val="14"/>
              </w:rPr>
              <w:t>Branches</w:t>
            </w:r>
          </w:p>
        </w:tc>
        <w:tc>
          <w:tcPr>
            <w:tcW w:w="0" w:type="auto"/>
            <w:tcMar>
              <w:top w:w="45" w:type="dxa"/>
              <w:left w:w="60" w:type="dxa"/>
              <w:bottom w:w="45" w:type="dxa"/>
              <w:right w:w="60" w:type="dxa"/>
            </w:tcMar>
          </w:tcPr>
          <w:p w14:paraId="1A9D2E8F" w14:textId="77777777" w:rsidR="00473E84" w:rsidRDefault="00000000">
            <w:pPr>
              <w:spacing w:after="24" w:line="240" w:lineRule="auto"/>
            </w:pPr>
            <w:r>
              <w:rPr>
                <w:color w:val="2A2A2A"/>
                <w:sz w:val="14"/>
              </w:rPr>
              <w:t>Remove Branches where possible.</w:t>
            </w:r>
          </w:p>
          <w:p w14:paraId="1B0FD4CE" w14:textId="77777777" w:rsidR="00473E84" w:rsidRDefault="00000000">
            <w:pPr>
              <w:spacing w:after="24" w:line="240" w:lineRule="auto"/>
            </w:pPr>
            <w:r>
              <w:rPr>
                <w:color w:val="2A2A2A"/>
                <w:sz w:val="14"/>
              </w:rPr>
              <w:t>Avoid site in High winds – Visual check of trees after high winds have ceased</w:t>
            </w:r>
          </w:p>
          <w:p w14:paraId="4963A6CC" w14:textId="77777777" w:rsidR="00473E84" w:rsidRDefault="00000000">
            <w:pPr>
              <w:spacing w:after="24" w:line="240" w:lineRule="auto"/>
            </w:pPr>
            <w:r>
              <w:rPr>
                <w:color w:val="2A2A2A"/>
                <w:sz w:val="14"/>
              </w:rPr>
              <w:t>Monitor continuously throughout the year</w:t>
            </w:r>
          </w:p>
          <w:p w14:paraId="0F02B049" w14:textId="77777777" w:rsidR="00473E84" w:rsidRDefault="00000000">
            <w:pPr>
              <w:spacing w:after="24" w:line="240" w:lineRule="auto"/>
            </w:pPr>
            <w:r>
              <w:rPr>
                <w:color w:val="2A2A2A"/>
                <w:sz w:val="14"/>
              </w:rPr>
              <w:t>Warn participants</w:t>
            </w:r>
          </w:p>
          <w:p w14:paraId="7531A1A1" w14:textId="77777777" w:rsidR="00473E84" w:rsidRDefault="00000000">
            <w:pPr>
              <w:spacing w:after="24" w:line="240" w:lineRule="auto"/>
            </w:pPr>
            <w:r>
              <w:rPr>
                <w:color w:val="2A2A2A"/>
                <w:sz w:val="14"/>
              </w:rPr>
              <w:t>Maintain site</w:t>
            </w:r>
          </w:p>
          <w:p w14:paraId="0C1297C6" w14:textId="77777777" w:rsidR="00473E84" w:rsidRDefault="00000000">
            <w:pPr>
              <w:spacing w:after="24" w:line="240" w:lineRule="auto"/>
            </w:pPr>
            <w:r>
              <w:rPr>
                <w:color w:val="2A2A2A"/>
                <w:sz w:val="14"/>
              </w:rPr>
              <w:t>Remind children about particular trees at certain times of year</w:t>
            </w:r>
          </w:p>
          <w:p w14:paraId="40554B31" w14:textId="77777777" w:rsidR="00473E84" w:rsidRDefault="00000000">
            <w:pPr>
              <w:spacing w:after="24" w:line="240" w:lineRule="auto"/>
            </w:pPr>
            <w:r>
              <w:rPr>
                <w:color w:val="2A2A2A"/>
                <w:sz w:val="14"/>
              </w:rPr>
              <w:t>Participants to walk around the site</w:t>
            </w:r>
          </w:p>
        </w:tc>
      </w:tr>
      <w:tr w:rsidR="00473E84" w14:paraId="49E3E806" w14:textId="77777777" w:rsidTr="005B0B50">
        <w:trPr>
          <w:cantSplit/>
          <w:jc w:val="center"/>
        </w:trPr>
        <w:tc>
          <w:tcPr>
            <w:tcW w:w="0" w:type="auto"/>
            <w:shd w:val="clear" w:color="auto" w:fill="F8FAF5"/>
            <w:tcMar>
              <w:top w:w="45" w:type="dxa"/>
              <w:left w:w="60" w:type="dxa"/>
              <w:bottom w:w="45" w:type="dxa"/>
              <w:right w:w="60" w:type="dxa"/>
            </w:tcMar>
          </w:tcPr>
          <w:p w14:paraId="5E12D80A" w14:textId="77777777" w:rsidR="00473E84" w:rsidRDefault="00000000">
            <w:pPr>
              <w:spacing w:after="24" w:line="240" w:lineRule="auto"/>
            </w:pPr>
            <w:r>
              <w:rPr>
                <w:b/>
                <w:color w:val="46581C"/>
                <w:sz w:val="14"/>
              </w:rPr>
              <w:t>Shrub Layer</w:t>
            </w:r>
          </w:p>
          <w:p w14:paraId="13F6CD0E" w14:textId="77777777" w:rsidR="00473E84" w:rsidRDefault="00000000">
            <w:pPr>
              <w:spacing w:after="24" w:line="240" w:lineRule="auto"/>
            </w:pPr>
            <w:r>
              <w:rPr>
                <w:b/>
                <w:color w:val="46581C"/>
                <w:sz w:val="14"/>
              </w:rPr>
              <w:t>Brambles</w:t>
            </w:r>
          </w:p>
          <w:p w14:paraId="7E254841" w14:textId="77777777" w:rsidR="00473E84" w:rsidRDefault="00000000">
            <w:pPr>
              <w:spacing w:after="24" w:line="240" w:lineRule="auto"/>
            </w:pPr>
            <w:r>
              <w:rPr>
                <w:b/>
                <w:color w:val="46581C"/>
                <w:sz w:val="14"/>
              </w:rPr>
              <w:t>Holly</w:t>
            </w:r>
          </w:p>
        </w:tc>
        <w:tc>
          <w:tcPr>
            <w:tcW w:w="0" w:type="auto"/>
            <w:shd w:val="clear" w:color="auto" w:fill="F8FAF5"/>
            <w:tcMar>
              <w:top w:w="45" w:type="dxa"/>
              <w:left w:w="60" w:type="dxa"/>
              <w:bottom w:w="45" w:type="dxa"/>
              <w:right w:w="60" w:type="dxa"/>
            </w:tcMar>
          </w:tcPr>
          <w:p w14:paraId="7751F253" w14:textId="77777777" w:rsidR="00473E84" w:rsidRDefault="00000000">
            <w:pPr>
              <w:spacing w:after="24" w:line="240" w:lineRule="auto"/>
            </w:pPr>
            <w:r>
              <w:rPr>
                <w:color w:val="2A2A2A"/>
                <w:sz w:val="14"/>
              </w:rPr>
              <w:t>Poisoning – Holly/Yew</w:t>
            </w:r>
          </w:p>
          <w:p w14:paraId="1DCA5F27" w14:textId="77777777" w:rsidR="00473E84" w:rsidRDefault="00000000">
            <w:pPr>
              <w:spacing w:after="24" w:line="240" w:lineRule="auto"/>
            </w:pPr>
            <w:r>
              <w:rPr>
                <w:color w:val="2A2A2A"/>
                <w:sz w:val="14"/>
              </w:rPr>
              <w:t>Thorns</w:t>
            </w:r>
          </w:p>
          <w:p w14:paraId="77B11E87" w14:textId="77777777" w:rsidR="00473E84" w:rsidRDefault="00000000">
            <w:pPr>
              <w:spacing w:after="24" w:line="240" w:lineRule="auto"/>
            </w:pPr>
            <w:r>
              <w:rPr>
                <w:color w:val="2A2A2A"/>
                <w:sz w:val="14"/>
              </w:rPr>
              <w:t>Branches</w:t>
            </w:r>
          </w:p>
        </w:tc>
        <w:tc>
          <w:tcPr>
            <w:tcW w:w="0" w:type="auto"/>
            <w:shd w:val="clear" w:color="auto" w:fill="F8FAF5"/>
            <w:tcMar>
              <w:top w:w="45" w:type="dxa"/>
              <w:left w:w="60" w:type="dxa"/>
              <w:bottom w:w="45" w:type="dxa"/>
              <w:right w:w="60" w:type="dxa"/>
            </w:tcMar>
          </w:tcPr>
          <w:p w14:paraId="60ED0632" w14:textId="77777777" w:rsidR="00473E84" w:rsidRDefault="00000000">
            <w:pPr>
              <w:spacing w:after="24" w:line="240" w:lineRule="auto"/>
            </w:pPr>
            <w:r>
              <w:rPr>
                <w:color w:val="2A2A2A"/>
                <w:sz w:val="14"/>
              </w:rPr>
              <w:t>Supervision and observation.</w:t>
            </w:r>
          </w:p>
          <w:p w14:paraId="00138E66" w14:textId="77777777" w:rsidR="00473E84" w:rsidRDefault="00000000">
            <w:pPr>
              <w:spacing w:after="24" w:line="240" w:lineRule="auto"/>
            </w:pPr>
            <w:r>
              <w:rPr>
                <w:color w:val="2A2A2A"/>
                <w:sz w:val="14"/>
              </w:rPr>
              <w:t>Make participants aware - advise no pick/no lick</w:t>
            </w:r>
          </w:p>
          <w:p w14:paraId="094A978E" w14:textId="77777777" w:rsidR="00473E84" w:rsidRDefault="00000000">
            <w:pPr>
              <w:spacing w:after="24" w:line="240" w:lineRule="auto"/>
            </w:pPr>
            <w:r>
              <w:rPr>
                <w:color w:val="2A2A2A"/>
                <w:sz w:val="14"/>
              </w:rPr>
              <w:t>Hand washing facilities</w:t>
            </w:r>
          </w:p>
          <w:p w14:paraId="0DA4D46B" w14:textId="77777777" w:rsidR="00473E84" w:rsidRDefault="00000000">
            <w:pPr>
              <w:spacing w:after="24" w:line="240" w:lineRule="auto"/>
            </w:pPr>
            <w:r>
              <w:rPr>
                <w:color w:val="2A2A2A"/>
                <w:sz w:val="14"/>
              </w:rPr>
              <w:t>Gloves if appropriate</w:t>
            </w:r>
          </w:p>
          <w:p w14:paraId="0775C5FD" w14:textId="77777777" w:rsidR="00473E84" w:rsidRDefault="00000000">
            <w:pPr>
              <w:spacing w:after="24" w:line="240" w:lineRule="auto"/>
            </w:pPr>
            <w:r>
              <w:rPr>
                <w:color w:val="2A2A2A"/>
                <w:sz w:val="14"/>
              </w:rPr>
              <w:t>Remind children about particular shrubs at certain times of year</w:t>
            </w:r>
          </w:p>
          <w:p w14:paraId="4C393646" w14:textId="77777777" w:rsidR="00473E84" w:rsidRDefault="00000000">
            <w:pPr>
              <w:spacing w:after="24" w:line="240" w:lineRule="auto"/>
            </w:pPr>
            <w:r>
              <w:rPr>
                <w:color w:val="2A2A2A"/>
                <w:sz w:val="14"/>
              </w:rPr>
              <w:t>Advise no pick/no lick</w:t>
            </w:r>
          </w:p>
        </w:tc>
      </w:tr>
      <w:tr w:rsidR="00473E84" w14:paraId="44024B02" w14:textId="77777777" w:rsidTr="005B0B50">
        <w:trPr>
          <w:cantSplit/>
          <w:jc w:val="center"/>
        </w:trPr>
        <w:tc>
          <w:tcPr>
            <w:tcW w:w="0" w:type="auto"/>
            <w:tcMar>
              <w:top w:w="45" w:type="dxa"/>
              <w:left w:w="60" w:type="dxa"/>
              <w:bottom w:w="45" w:type="dxa"/>
              <w:right w:w="60" w:type="dxa"/>
            </w:tcMar>
          </w:tcPr>
          <w:p w14:paraId="47491894" w14:textId="77777777" w:rsidR="00473E84" w:rsidRDefault="00000000">
            <w:pPr>
              <w:spacing w:after="24" w:line="240" w:lineRule="auto"/>
            </w:pPr>
            <w:r>
              <w:rPr>
                <w:b/>
                <w:color w:val="46581C"/>
                <w:sz w:val="14"/>
              </w:rPr>
              <w:t>Field Layer</w:t>
            </w:r>
          </w:p>
        </w:tc>
        <w:tc>
          <w:tcPr>
            <w:tcW w:w="0" w:type="auto"/>
            <w:tcMar>
              <w:top w:w="45" w:type="dxa"/>
              <w:left w:w="60" w:type="dxa"/>
              <w:bottom w:w="45" w:type="dxa"/>
              <w:right w:w="60" w:type="dxa"/>
            </w:tcMar>
          </w:tcPr>
          <w:p w14:paraId="5A40BCE8" w14:textId="77777777" w:rsidR="00473E84" w:rsidRDefault="00000000">
            <w:pPr>
              <w:spacing w:after="24" w:line="240" w:lineRule="auto"/>
            </w:pPr>
            <w:r>
              <w:rPr>
                <w:color w:val="2A2A2A"/>
                <w:sz w:val="14"/>
              </w:rPr>
              <w:t>Poisoning – Foxgloves</w:t>
            </w:r>
          </w:p>
          <w:p w14:paraId="009BF3A4" w14:textId="77777777" w:rsidR="00473E84" w:rsidRDefault="00000000">
            <w:pPr>
              <w:spacing w:after="24" w:line="240" w:lineRule="auto"/>
            </w:pPr>
            <w:r>
              <w:rPr>
                <w:color w:val="2A2A2A"/>
                <w:sz w:val="14"/>
              </w:rPr>
              <w:t>Cut’s Bracken</w:t>
            </w:r>
          </w:p>
          <w:p w14:paraId="79DE8882" w14:textId="77777777" w:rsidR="00473E84" w:rsidRDefault="00000000">
            <w:pPr>
              <w:spacing w:after="24" w:line="240" w:lineRule="auto"/>
            </w:pPr>
            <w:r>
              <w:rPr>
                <w:color w:val="2A2A2A"/>
                <w:sz w:val="14"/>
              </w:rPr>
              <w:t>Splinters – Brambles</w:t>
            </w:r>
          </w:p>
        </w:tc>
        <w:tc>
          <w:tcPr>
            <w:tcW w:w="0" w:type="auto"/>
            <w:tcMar>
              <w:top w:w="45" w:type="dxa"/>
              <w:left w:w="60" w:type="dxa"/>
              <w:bottom w:w="45" w:type="dxa"/>
              <w:right w:w="60" w:type="dxa"/>
            </w:tcMar>
          </w:tcPr>
          <w:p w14:paraId="6927CA54" w14:textId="77777777" w:rsidR="00473E84" w:rsidRDefault="00000000">
            <w:pPr>
              <w:spacing w:after="24" w:line="240" w:lineRule="auto"/>
            </w:pPr>
            <w:r>
              <w:rPr>
                <w:color w:val="2A2A2A"/>
                <w:sz w:val="14"/>
              </w:rPr>
              <w:t>Make participants/ helpers are aware - advise no pick/no lick</w:t>
            </w:r>
          </w:p>
          <w:p w14:paraId="3689DB7F" w14:textId="77777777" w:rsidR="00473E84" w:rsidRDefault="00000000">
            <w:pPr>
              <w:spacing w:after="24" w:line="240" w:lineRule="auto"/>
            </w:pPr>
            <w:r>
              <w:rPr>
                <w:color w:val="2A2A2A"/>
                <w:sz w:val="14"/>
              </w:rPr>
              <w:t>Supervision and observation</w:t>
            </w:r>
          </w:p>
          <w:p w14:paraId="61B66EF3" w14:textId="77777777" w:rsidR="00473E84" w:rsidRDefault="00000000">
            <w:pPr>
              <w:spacing w:after="24" w:line="240" w:lineRule="auto"/>
            </w:pPr>
            <w:r>
              <w:rPr>
                <w:color w:val="2A2A2A"/>
                <w:sz w:val="14"/>
              </w:rPr>
              <w:t>Hand washing facilities</w:t>
            </w:r>
          </w:p>
          <w:p w14:paraId="2ECB5BFC" w14:textId="77777777" w:rsidR="00473E84" w:rsidRDefault="00000000">
            <w:pPr>
              <w:spacing w:after="24" w:line="240" w:lineRule="auto"/>
            </w:pPr>
            <w:r>
              <w:rPr>
                <w:color w:val="2A2A2A"/>
                <w:sz w:val="14"/>
              </w:rPr>
              <w:t>Gloves if appropriate</w:t>
            </w:r>
          </w:p>
          <w:p w14:paraId="4A94A81D" w14:textId="77777777" w:rsidR="00473E84" w:rsidRDefault="00000000">
            <w:pPr>
              <w:spacing w:after="24" w:line="240" w:lineRule="auto"/>
            </w:pPr>
            <w:r>
              <w:rPr>
                <w:color w:val="2A2A2A"/>
                <w:sz w:val="14"/>
              </w:rPr>
              <w:t>Remind children about particular plants at certain times of year</w:t>
            </w:r>
          </w:p>
        </w:tc>
      </w:tr>
      <w:tr w:rsidR="00473E84" w14:paraId="136CC302" w14:textId="77777777" w:rsidTr="005B0B50">
        <w:trPr>
          <w:cantSplit/>
          <w:jc w:val="center"/>
        </w:trPr>
        <w:tc>
          <w:tcPr>
            <w:tcW w:w="0" w:type="auto"/>
            <w:shd w:val="clear" w:color="auto" w:fill="F8FAF5"/>
            <w:tcMar>
              <w:top w:w="45" w:type="dxa"/>
              <w:left w:w="60" w:type="dxa"/>
              <w:bottom w:w="45" w:type="dxa"/>
              <w:right w:w="60" w:type="dxa"/>
            </w:tcMar>
          </w:tcPr>
          <w:p w14:paraId="270469D7" w14:textId="77777777" w:rsidR="00473E84" w:rsidRDefault="00000000">
            <w:pPr>
              <w:spacing w:after="24" w:line="240" w:lineRule="auto"/>
            </w:pPr>
            <w:r>
              <w:rPr>
                <w:b/>
                <w:color w:val="46581C"/>
                <w:sz w:val="14"/>
              </w:rPr>
              <w:t>Ground layer</w:t>
            </w:r>
          </w:p>
          <w:p w14:paraId="6F5D15F9" w14:textId="77777777" w:rsidR="00473E84" w:rsidRDefault="00000000">
            <w:pPr>
              <w:spacing w:after="24" w:line="240" w:lineRule="auto"/>
            </w:pPr>
            <w:r>
              <w:rPr>
                <w:b/>
                <w:color w:val="46581C"/>
                <w:sz w:val="14"/>
              </w:rPr>
              <w:t>Sloping Ground Steep in places</w:t>
            </w:r>
          </w:p>
          <w:p w14:paraId="6120EC7D" w14:textId="77777777" w:rsidR="00473E84" w:rsidRDefault="00000000">
            <w:pPr>
              <w:spacing w:after="24" w:line="240" w:lineRule="auto"/>
            </w:pPr>
            <w:r>
              <w:rPr>
                <w:b/>
                <w:color w:val="46581C"/>
                <w:sz w:val="14"/>
              </w:rPr>
              <w:t>Holes</w:t>
            </w:r>
          </w:p>
          <w:p w14:paraId="471D5B24" w14:textId="77777777" w:rsidR="00473E84" w:rsidRDefault="00000000">
            <w:pPr>
              <w:spacing w:after="24" w:line="240" w:lineRule="auto"/>
            </w:pPr>
            <w:r>
              <w:rPr>
                <w:b/>
                <w:color w:val="46581C"/>
                <w:sz w:val="14"/>
              </w:rPr>
              <w:t>Roots</w:t>
            </w:r>
          </w:p>
          <w:p w14:paraId="4C3E44DA" w14:textId="77777777" w:rsidR="00473E84" w:rsidRDefault="00000000">
            <w:pPr>
              <w:spacing w:after="24" w:line="240" w:lineRule="auto"/>
            </w:pPr>
            <w:r>
              <w:rPr>
                <w:b/>
                <w:color w:val="46581C"/>
                <w:sz w:val="14"/>
              </w:rPr>
              <w:t>Fungi –Fly agaric etc</w:t>
            </w:r>
          </w:p>
        </w:tc>
        <w:tc>
          <w:tcPr>
            <w:tcW w:w="0" w:type="auto"/>
            <w:shd w:val="clear" w:color="auto" w:fill="F8FAF5"/>
            <w:tcMar>
              <w:top w:w="45" w:type="dxa"/>
              <w:left w:w="60" w:type="dxa"/>
              <w:bottom w:w="45" w:type="dxa"/>
              <w:right w:w="60" w:type="dxa"/>
            </w:tcMar>
          </w:tcPr>
          <w:p w14:paraId="0BE431B2" w14:textId="77777777" w:rsidR="00473E84" w:rsidRDefault="00000000">
            <w:pPr>
              <w:spacing w:after="24" w:line="240" w:lineRule="auto"/>
            </w:pPr>
            <w:r>
              <w:rPr>
                <w:color w:val="2A2A2A"/>
                <w:sz w:val="14"/>
              </w:rPr>
              <w:t>Slip and Trip -</w:t>
            </w:r>
          </w:p>
          <w:p w14:paraId="4C532C9D" w14:textId="77777777" w:rsidR="00473E84" w:rsidRDefault="00000000">
            <w:pPr>
              <w:spacing w:after="24" w:line="240" w:lineRule="auto"/>
            </w:pPr>
            <w:r>
              <w:rPr>
                <w:color w:val="2A2A2A"/>
                <w:sz w:val="14"/>
              </w:rPr>
              <w:t>Trip – Stumps</w:t>
            </w:r>
          </w:p>
          <w:p w14:paraId="2DE370A8" w14:textId="77777777" w:rsidR="00473E84" w:rsidRDefault="00000000">
            <w:pPr>
              <w:spacing w:after="24" w:line="240" w:lineRule="auto"/>
            </w:pPr>
            <w:r>
              <w:rPr>
                <w:color w:val="2A2A2A"/>
                <w:sz w:val="14"/>
              </w:rPr>
              <w:t>Trips/ Scratches from Brash</w:t>
            </w:r>
          </w:p>
          <w:p w14:paraId="0965ACE9" w14:textId="77777777" w:rsidR="00473E84" w:rsidRDefault="00000000">
            <w:pPr>
              <w:spacing w:after="24" w:line="240" w:lineRule="auto"/>
            </w:pPr>
            <w:r>
              <w:rPr>
                <w:color w:val="2A2A2A"/>
                <w:sz w:val="14"/>
              </w:rPr>
              <w:t>Poisoning from Fungi</w:t>
            </w:r>
          </w:p>
          <w:p w14:paraId="1CA70BE3" w14:textId="77777777" w:rsidR="00473E84" w:rsidRDefault="00000000">
            <w:pPr>
              <w:spacing w:after="24" w:line="240" w:lineRule="auto"/>
            </w:pPr>
            <w:r>
              <w:rPr>
                <w:color w:val="2A2A2A"/>
                <w:sz w:val="14"/>
              </w:rPr>
              <w:t>Stings  - Nettles</w:t>
            </w:r>
          </w:p>
          <w:p w14:paraId="4F7FC181" w14:textId="77777777" w:rsidR="00473E84" w:rsidRDefault="00000000">
            <w:pPr>
              <w:spacing w:after="24" w:line="240" w:lineRule="auto"/>
            </w:pPr>
            <w:r>
              <w:rPr>
                <w:color w:val="2A2A2A"/>
                <w:sz w:val="14"/>
              </w:rPr>
              <w:t>Irritant – spruce brash</w:t>
            </w:r>
          </w:p>
        </w:tc>
        <w:tc>
          <w:tcPr>
            <w:tcW w:w="0" w:type="auto"/>
            <w:shd w:val="clear" w:color="auto" w:fill="F8FAF5"/>
            <w:tcMar>
              <w:top w:w="45" w:type="dxa"/>
              <w:left w:w="60" w:type="dxa"/>
              <w:bottom w:w="45" w:type="dxa"/>
              <w:right w:w="60" w:type="dxa"/>
            </w:tcMar>
          </w:tcPr>
          <w:p w14:paraId="732F5AFC" w14:textId="77777777" w:rsidR="00473E84" w:rsidRDefault="00000000">
            <w:pPr>
              <w:spacing w:after="24" w:line="240" w:lineRule="auto"/>
            </w:pPr>
            <w:r>
              <w:rPr>
                <w:color w:val="2A2A2A"/>
                <w:sz w:val="14"/>
              </w:rPr>
              <w:t>Make participants aware - advise no pick/no lick</w:t>
            </w:r>
          </w:p>
          <w:p w14:paraId="7AC26FAD" w14:textId="77777777" w:rsidR="00473E84" w:rsidRDefault="00000000">
            <w:pPr>
              <w:spacing w:after="24" w:line="240" w:lineRule="auto"/>
            </w:pPr>
            <w:r>
              <w:rPr>
                <w:color w:val="2A2A2A"/>
                <w:sz w:val="14"/>
              </w:rPr>
              <w:t>Supervision and observation</w:t>
            </w:r>
          </w:p>
          <w:p w14:paraId="1043430D" w14:textId="77777777" w:rsidR="00473E84" w:rsidRDefault="00000000">
            <w:pPr>
              <w:spacing w:after="24" w:line="240" w:lineRule="auto"/>
            </w:pPr>
            <w:r>
              <w:rPr>
                <w:color w:val="2A2A2A"/>
                <w:sz w:val="14"/>
              </w:rPr>
              <w:t>Participants to wear suitable foot wear</w:t>
            </w:r>
          </w:p>
          <w:p w14:paraId="7F6FFF4B" w14:textId="77777777" w:rsidR="00473E84" w:rsidRDefault="00000000">
            <w:pPr>
              <w:spacing w:after="24" w:line="240" w:lineRule="auto"/>
            </w:pPr>
            <w:r>
              <w:rPr>
                <w:color w:val="2A2A2A"/>
                <w:sz w:val="14"/>
              </w:rPr>
              <w:t>Clear brash from path ways</w:t>
            </w:r>
          </w:p>
          <w:p w14:paraId="06A1DB95" w14:textId="77777777" w:rsidR="00473E84" w:rsidRDefault="00000000">
            <w:pPr>
              <w:spacing w:after="24" w:line="240" w:lineRule="auto"/>
            </w:pPr>
            <w:r>
              <w:rPr>
                <w:color w:val="2A2A2A"/>
                <w:sz w:val="14"/>
              </w:rPr>
              <w:t>Make participants aware of fungi and the dangers</w:t>
            </w:r>
          </w:p>
          <w:p w14:paraId="0A719602" w14:textId="77777777" w:rsidR="00473E84" w:rsidRDefault="00000000">
            <w:pPr>
              <w:spacing w:after="24" w:line="240" w:lineRule="auto"/>
            </w:pPr>
            <w:r>
              <w:rPr>
                <w:color w:val="2A2A2A"/>
                <w:sz w:val="14"/>
              </w:rPr>
              <w:t>Hand washing facilities</w:t>
            </w:r>
          </w:p>
          <w:p w14:paraId="42948B04" w14:textId="77777777" w:rsidR="00473E84" w:rsidRDefault="00000000">
            <w:pPr>
              <w:spacing w:after="24" w:line="240" w:lineRule="auto"/>
            </w:pPr>
            <w:r>
              <w:rPr>
                <w:color w:val="2A2A2A"/>
                <w:sz w:val="14"/>
              </w:rPr>
              <w:t>Avoid moving on the steepest areas.</w:t>
            </w:r>
          </w:p>
          <w:p w14:paraId="57A5EC72" w14:textId="77777777" w:rsidR="00473E84" w:rsidRDefault="00000000">
            <w:pPr>
              <w:spacing w:after="24" w:line="240" w:lineRule="auto"/>
            </w:pPr>
            <w:r>
              <w:rPr>
                <w:color w:val="2A2A2A"/>
                <w:sz w:val="14"/>
              </w:rPr>
              <w:t>Gloves if appropriate</w:t>
            </w:r>
          </w:p>
        </w:tc>
      </w:tr>
      <w:tr w:rsidR="00473E84" w14:paraId="09DDF40C" w14:textId="77777777" w:rsidTr="005B0B50">
        <w:trPr>
          <w:cantSplit/>
          <w:jc w:val="center"/>
        </w:trPr>
        <w:tc>
          <w:tcPr>
            <w:tcW w:w="0" w:type="auto"/>
            <w:tcMar>
              <w:top w:w="45" w:type="dxa"/>
              <w:left w:w="60" w:type="dxa"/>
              <w:bottom w:w="45" w:type="dxa"/>
              <w:right w:w="60" w:type="dxa"/>
            </w:tcMar>
          </w:tcPr>
          <w:p w14:paraId="4E81E54A" w14:textId="77777777" w:rsidR="00473E84" w:rsidRDefault="00000000">
            <w:pPr>
              <w:spacing w:after="24" w:line="240" w:lineRule="auto"/>
            </w:pPr>
            <w:r>
              <w:rPr>
                <w:b/>
                <w:color w:val="46581C"/>
                <w:sz w:val="14"/>
              </w:rPr>
              <w:t>Wild animals</w:t>
            </w:r>
          </w:p>
          <w:p w14:paraId="68461F3F" w14:textId="77777777" w:rsidR="00473E84" w:rsidRDefault="00000000">
            <w:pPr>
              <w:spacing w:after="24" w:line="240" w:lineRule="auto"/>
            </w:pPr>
            <w:r>
              <w:rPr>
                <w:b/>
                <w:color w:val="46581C"/>
                <w:sz w:val="14"/>
              </w:rPr>
              <w:t>Snakes</w:t>
            </w:r>
          </w:p>
          <w:p w14:paraId="6529AC25" w14:textId="77777777" w:rsidR="00473E84" w:rsidRDefault="00000000">
            <w:pPr>
              <w:spacing w:after="24" w:line="240" w:lineRule="auto"/>
            </w:pPr>
            <w:r>
              <w:rPr>
                <w:b/>
                <w:color w:val="46581C"/>
                <w:sz w:val="14"/>
              </w:rPr>
              <w:t>Adders/Slow worms/Grass snakes</w:t>
            </w:r>
          </w:p>
          <w:p w14:paraId="0ABDF5BD" w14:textId="77777777" w:rsidR="00473E84" w:rsidRDefault="00000000">
            <w:pPr>
              <w:spacing w:after="24" w:line="240" w:lineRule="auto"/>
            </w:pPr>
            <w:r>
              <w:rPr>
                <w:b/>
                <w:color w:val="46581C"/>
                <w:sz w:val="14"/>
              </w:rPr>
              <w:t>Amphibians – toads newts, frogs, froglets</w:t>
            </w:r>
          </w:p>
          <w:p w14:paraId="34891586" w14:textId="77777777" w:rsidR="00473E84" w:rsidRDefault="00000000">
            <w:pPr>
              <w:spacing w:after="24" w:line="240" w:lineRule="auto"/>
            </w:pPr>
            <w:r>
              <w:rPr>
                <w:b/>
                <w:color w:val="46581C"/>
                <w:sz w:val="14"/>
              </w:rPr>
              <w:t>Insects</w:t>
            </w:r>
          </w:p>
          <w:p w14:paraId="0A0B828F" w14:textId="77777777" w:rsidR="00473E84" w:rsidRDefault="00000000">
            <w:pPr>
              <w:spacing w:after="24" w:line="240" w:lineRule="auto"/>
            </w:pPr>
            <w:r>
              <w:rPr>
                <w:b/>
                <w:color w:val="46581C"/>
                <w:sz w:val="14"/>
              </w:rPr>
              <w:t>Bee/Wasp nests/Wasps/Hornets</w:t>
            </w:r>
          </w:p>
        </w:tc>
        <w:tc>
          <w:tcPr>
            <w:tcW w:w="0" w:type="auto"/>
            <w:tcMar>
              <w:top w:w="45" w:type="dxa"/>
              <w:left w:w="60" w:type="dxa"/>
              <w:bottom w:w="45" w:type="dxa"/>
              <w:right w:w="60" w:type="dxa"/>
            </w:tcMar>
          </w:tcPr>
          <w:p w14:paraId="769C695C" w14:textId="77777777" w:rsidR="00473E84" w:rsidRDefault="00000000">
            <w:pPr>
              <w:spacing w:after="24" w:line="240" w:lineRule="auto"/>
            </w:pPr>
            <w:r>
              <w:rPr>
                <w:color w:val="2A2A2A"/>
                <w:sz w:val="14"/>
              </w:rPr>
              <w:t>Bites/Stings</w:t>
            </w:r>
          </w:p>
          <w:p w14:paraId="6982DE36" w14:textId="77777777" w:rsidR="00473E84" w:rsidRDefault="00000000">
            <w:pPr>
              <w:spacing w:after="24" w:line="240" w:lineRule="auto"/>
            </w:pPr>
            <w:r>
              <w:rPr>
                <w:color w:val="2A2A2A"/>
                <w:sz w:val="14"/>
              </w:rPr>
              <w:t>Disturbing habitats</w:t>
            </w:r>
          </w:p>
          <w:p w14:paraId="5C93BE1E" w14:textId="77777777" w:rsidR="00473E84" w:rsidRDefault="00000000">
            <w:pPr>
              <w:spacing w:after="24" w:line="240" w:lineRule="auto"/>
            </w:pPr>
            <w:r>
              <w:rPr>
                <w:color w:val="2A2A2A"/>
                <w:sz w:val="14"/>
              </w:rPr>
              <w:t>Moving/ touching and causing death to certain animals can be an offence under the wildlife and countryside act 1981</w:t>
            </w:r>
          </w:p>
        </w:tc>
        <w:tc>
          <w:tcPr>
            <w:tcW w:w="0" w:type="auto"/>
            <w:tcMar>
              <w:top w:w="45" w:type="dxa"/>
              <w:left w:w="60" w:type="dxa"/>
              <w:bottom w:w="45" w:type="dxa"/>
              <w:right w:w="60" w:type="dxa"/>
            </w:tcMar>
          </w:tcPr>
          <w:p w14:paraId="2AF17272" w14:textId="77777777" w:rsidR="00473E84" w:rsidRDefault="00000000">
            <w:pPr>
              <w:spacing w:after="24" w:line="240" w:lineRule="auto"/>
            </w:pPr>
            <w:r>
              <w:rPr>
                <w:color w:val="2A2A2A"/>
                <w:sz w:val="14"/>
              </w:rPr>
              <w:t>Check area for nests and habitats regularly</w:t>
            </w:r>
          </w:p>
          <w:p w14:paraId="0BC04853" w14:textId="77777777" w:rsidR="00473E84" w:rsidRDefault="00000000">
            <w:pPr>
              <w:spacing w:after="24" w:line="240" w:lineRule="auto"/>
            </w:pPr>
            <w:r>
              <w:rPr>
                <w:color w:val="2A2A2A"/>
                <w:sz w:val="14"/>
              </w:rPr>
              <w:t>Monitor site for animals especially at certain times of the year – i.e. froglets in July.  Slow worms and snakes on warm sunny days.</w:t>
            </w:r>
          </w:p>
          <w:p w14:paraId="6AA34183" w14:textId="77777777" w:rsidR="00473E84" w:rsidRDefault="00000000">
            <w:pPr>
              <w:spacing w:after="24" w:line="240" w:lineRule="auto"/>
            </w:pPr>
            <w:r>
              <w:rPr>
                <w:color w:val="2A2A2A"/>
                <w:sz w:val="14"/>
              </w:rPr>
              <w:t>Avoid handling or handle with gloves depending on species.</w:t>
            </w:r>
          </w:p>
          <w:p w14:paraId="1415229F" w14:textId="77777777" w:rsidR="00473E84" w:rsidRDefault="00000000">
            <w:pPr>
              <w:spacing w:after="24" w:line="240" w:lineRule="auto"/>
            </w:pPr>
            <w:r>
              <w:rPr>
                <w:color w:val="2A2A2A"/>
                <w:sz w:val="14"/>
              </w:rPr>
              <w:t>Return animal to habitat.  Reinstate habitat if possible – i.e. put stone/log back</w:t>
            </w:r>
          </w:p>
        </w:tc>
      </w:tr>
      <w:tr w:rsidR="00473E84" w14:paraId="401EA944" w14:textId="77777777" w:rsidTr="005B0B50">
        <w:trPr>
          <w:cantSplit/>
          <w:jc w:val="center"/>
        </w:trPr>
        <w:tc>
          <w:tcPr>
            <w:tcW w:w="0" w:type="auto"/>
            <w:shd w:val="clear" w:color="auto" w:fill="F8FAF5"/>
            <w:tcMar>
              <w:top w:w="45" w:type="dxa"/>
              <w:left w:w="60" w:type="dxa"/>
              <w:bottom w:w="45" w:type="dxa"/>
              <w:right w:w="60" w:type="dxa"/>
            </w:tcMar>
          </w:tcPr>
          <w:p w14:paraId="22E83260" w14:textId="77777777" w:rsidR="00473E84" w:rsidRDefault="00000000">
            <w:pPr>
              <w:spacing w:after="24" w:line="240" w:lineRule="auto"/>
            </w:pPr>
            <w:r>
              <w:rPr>
                <w:b/>
                <w:color w:val="46581C"/>
                <w:sz w:val="14"/>
              </w:rPr>
              <w:lastRenderedPageBreak/>
              <w:t>Wild animals  - Deer</w:t>
            </w:r>
          </w:p>
        </w:tc>
        <w:tc>
          <w:tcPr>
            <w:tcW w:w="0" w:type="auto"/>
            <w:shd w:val="clear" w:color="auto" w:fill="F8FAF5"/>
            <w:tcMar>
              <w:top w:w="45" w:type="dxa"/>
              <w:left w:w="60" w:type="dxa"/>
              <w:bottom w:w="45" w:type="dxa"/>
              <w:right w:w="60" w:type="dxa"/>
            </w:tcMar>
          </w:tcPr>
          <w:p w14:paraId="40E14153" w14:textId="77777777" w:rsidR="00473E84" w:rsidRDefault="00000000">
            <w:pPr>
              <w:spacing w:after="24" w:line="240" w:lineRule="auto"/>
            </w:pPr>
            <w:r>
              <w:rPr>
                <w:color w:val="2A2A2A"/>
                <w:sz w:val="14"/>
              </w:rPr>
              <w:t>Deer using site-  Ticks   -</w:t>
            </w:r>
          </w:p>
          <w:p w14:paraId="1C93ECB0" w14:textId="77777777" w:rsidR="00473E84" w:rsidRDefault="00000000">
            <w:pPr>
              <w:spacing w:after="24" w:line="240" w:lineRule="auto"/>
            </w:pPr>
            <w:r>
              <w:rPr>
                <w:color w:val="2A2A2A"/>
                <w:sz w:val="14"/>
              </w:rPr>
              <w:t>Lyme disease</w:t>
            </w:r>
          </w:p>
          <w:p w14:paraId="71EBE61D" w14:textId="77777777" w:rsidR="00473E84" w:rsidRDefault="00000000">
            <w:pPr>
              <w:spacing w:after="24" w:line="240" w:lineRule="auto"/>
            </w:pPr>
            <w:r>
              <w:rPr>
                <w:color w:val="2A2A2A"/>
                <w:sz w:val="14"/>
              </w:rPr>
              <w:t>Tick Borne Encephalitis</w:t>
            </w:r>
          </w:p>
          <w:p w14:paraId="01E7DFFF" w14:textId="77777777" w:rsidR="00473E84" w:rsidRDefault="00000000">
            <w:pPr>
              <w:spacing w:after="24" w:line="240" w:lineRule="auto"/>
            </w:pPr>
            <w:r>
              <w:rPr>
                <w:color w:val="2A2A2A"/>
                <w:sz w:val="14"/>
              </w:rPr>
              <w:t>No ticks seen</w:t>
            </w:r>
          </w:p>
        </w:tc>
        <w:tc>
          <w:tcPr>
            <w:tcW w:w="0" w:type="auto"/>
            <w:shd w:val="clear" w:color="auto" w:fill="F8FAF5"/>
            <w:tcMar>
              <w:top w:w="45" w:type="dxa"/>
              <w:left w:w="60" w:type="dxa"/>
              <w:bottom w:w="45" w:type="dxa"/>
              <w:right w:w="60" w:type="dxa"/>
            </w:tcMar>
          </w:tcPr>
          <w:p w14:paraId="3788FE0C" w14:textId="77777777" w:rsidR="00473E84" w:rsidRDefault="00000000">
            <w:pPr>
              <w:spacing w:after="24" w:line="240" w:lineRule="auto"/>
            </w:pPr>
            <w:r>
              <w:rPr>
                <w:color w:val="2A2A2A"/>
                <w:sz w:val="14"/>
              </w:rPr>
              <w:t>Monitor site regularly for signs of ticks.</w:t>
            </w:r>
          </w:p>
          <w:p w14:paraId="1D86E5FC" w14:textId="77777777" w:rsidR="00473E84" w:rsidRDefault="00000000">
            <w:pPr>
              <w:spacing w:after="24" w:line="240" w:lineRule="auto"/>
            </w:pPr>
            <w:r>
              <w:rPr>
                <w:color w:val="2A2A2A"/>
                <w:sz w:val="14"/>
              </w:rPr>
              <w:t>Children to wear long trousers and sleeves</w:t>
            </w:r>
          </w:p>
          <w:p w14:paraId="5B31B3EF" w14:textId="77777777" w:rsidR="00473E84" w:rsidRDefault="00000000">
            <w:pPr>
              <w:spacing w:after="24" w:line="240" w:lineRule="auto"/>
            </w:pPr>
            <w:r>
              <w:rPr>
                <w:color w:val="2A2A2A"/>
                <w:sz w:val="14"/>
              </w:rPr>
              <w:t>Wear insect repellent</w:t>
            </w:r>
          </w:p>
          <w:p w14:paraId="1CD0CB4B" w14:textId="77777777" w:rsidR="00473E84" w:rsidRDefault="00000000">
            <w:pPr>
              <w:spacing w:after="24" w:line="240" w:lineRule="auto"/>
            </w:pPr>
            <w:r>
              <w:rPr>
                <w:color w:val="2A2A2A"/>
                <w:sz w:val="14"/>
              </w:rPr>
              <w:t>If ticks are found to be on site avoid walking through long grass and bracken.</w:t>
            </w:r>
          </w:p>
          <w:p w14:paraId="1113AC34" w14:textId="77777777" w:rsidR="00473E84" w:rsidRDefault="00000000">
            <w:pPr>
              <w:spacing w:after="24" w:line="240" w:lineRule="auto"/>
            </w:pPr>
            <w:r>
              <w:rPr>
                <w:color w:val="2A2A2A"/>
                <w:sz w:val="14"/>
              </w:rPr>
              <w:t>If ticks found on site.  Check children for ticks if they venture in to areas where ticks can be found</w:t>
            </w:r>
          </w:p>
          <w:p w14:paraId="3AC203F5" w14:textId="77777777" w:rsidR="00473E84" w:rsidRDefault="00000000">
            <w:pPr>
              <w:spacing w:after="24" w:line="240" w:lineRule="auto"/>
            </w:pPr>
            <w:r>
              <w:rPr>
                <w:color w:val="2A2A2A"/>
                <w:sz w:val="14"/>
              </w:rPr>
              <w:t>If a tick is found on a child, remove with  special tick removing tool and advise parent/carer/ teacher of dangers and symptoms and to take child to the doctors asap if a tick is found.</w:t>
            </w:r>
          </w:p>
        </w:tc>
      </w:tr>
      <w:tr w:rsidR="00473E84" w14:paraId="3B399951" w14:textId="77777777" w:rsidTr="005B0B50">
        <w:trPr>
          <w:cantSplit/>
          <w:jc w:val="center"/>
        </w:trPr>
        <w:tc>
          <w:tcPr>
            <w:tcW w:w="0" w:type="auto"/>
            <w:tcMar>
              <w:top w:w="45" w:type="dxa"/>
              <w:left w:w="60" w:type="dxa"/>
              <w:bottom w:w="45" w:type="dxa"/>
              <w:right w:w="60" w:type="dxa"/>
            </w:tcMar>
          </w:tcPr>
          <w:p w14:paraId="735078AE" w14:textId="77777777" w:rsidR="00473E84" w:rsidRDefault="00000000">
            <w:pPr>
              <w:spacing w:after="24" w:line="240" w:lineRule="auto"/>
            </w:pPr>
            <w:r>
              <w:rPr>
                <w:b/>
                <w:color w:val="46581C"/>
                <w:sz w:val="14"/>
              </w:rPr>
              <w:t>Birds - Nesting</w:t>
            </w:r>
          </w:p>
        </w:tc>
        <w:tc>
          <w:tcPr>
            <w:tcW w:w="0" w:type="auto"/>
            <w:tcMar>
              <w:top w:w="45" w:type="dxa"/>
              <w:left w:w="60" w:type="dxa"/>
              <w:bottom w:w="45" w:type="dxa"/>
              <w:right w:w="60" w:type="dxa"/>
            </w:tcMar>
          </w:tcPr>
          <w:p w14:paraId="7132A963" w14:textId="77777777" w:rsidR="00473E84" w:rsidRDefault="00000000">
            <w:pPr>
              <w:spacing w:after="24" w:line="240" w:lineRule="auto"/>
            </w:pPr>
            <w:r>
              <w:rPr>
                <w:color w:val="2A2A2A"/>
                <w:sz w:val="14"/>
              </w:rPr>
              <w:t>Disturbing nesting birds – offence under the wildlife and countryside act 1981</w:t>
            </w:r>
          </w:p>
        </w:tc>
        <w:tc>
          <w:tcPr>
            <w:tcW w:w="0" w:type="auto"/>
            <w:tcMar>
              <w:top w:w="45" w:type="dxa"/>
              <w:left w:w="60" w:type="dxa"/>
              <w:bottom w:w="45" w:type="dxa"/>
              <w:right w:w="60" w:type="dxa"/>
            </w:tcMar>
          </w:tcPr>
          <w:p w14:paraId="3F9936AC" w14:textId="77777777" w:rsidR="00473E84" w:rsidRDefault="00000000">
            <w:pPr>
              <w:spacing w:after="24" w:line="240" w:lineRule="auto"/>
            </w:pPr>
            <w:r>
              <w:rPr>
                <w:color w:val="2A2A2A"/>
                <w:sz w:val="14"/>
              </w:rPr>
              <w:t>Check site for signs of nests – especially during the nesting season – March to June.</w:t>
            </w:r>
          </w:p>
          <w:p w14:paraId="73D33A20" w14:textId="77777777" w:rsidR="00473E84" w:rsidRDefault="00000000">
            <w:pPr>
              <w:spacing w:after="24" w:line="240" w:lineRule="auto"/>
            </w:pPr>
            <w:r>
              <w:rPr>
                <w:color w:val="2A2A2A"/>
                <w:sz w:val="14"/>
              </w:rPr>
              <w:t>Check dens</w:t>
            </w:r>
          </w:p>
          <w:p w14:paraId="0969CF12" w14:textId="77777777" w:rsidR="00473E84" w:rsidRDefault="00000000">
            <w:pPr>
              <w:spacing w:after="24" w:line="240" w:lineRule="auto"/>
            </w:pPr>
            <w:r>
              <w:rPr>
                <w:color w:val="2A2A2A"/>
                <w:sz w:val="14"/>
              </w:rPr>
              <w:t>If nest is found tape of area and ensure that the area is not disturbed until chicks have fledged.  Beware of birds starting a second brood and leave area undisturbed for at least 3 weeks after fledging</w:t>
            </w:r>
          </w:p>
        </w:tc>
      </w:tr>
      <w:tr w:rsidR="00473E84" w14:paraId="2BD74233" w14:textId="77777777" w:rsidTr="005B0B50">
        <w:trPr>
          <w:cantSplit/>
          <w:jc w:val="center"/>
        </w:trPr>
        <w:tc>
          <w:tcPr>
            <w:tcW w:w="0" w:type="auto"/>
            <w:shd w:val="clear" w:color="auto" w:fill="F8FAF5"/>
            <w:tcMar>
              <w:top w:w="45" w:type="dxa"/>
              <w:left w:w="60" w:type="dxa"/>
              <w:bottom w:w="45" w:type="dxa"/>
              <w:right w:w="60" w:type="dxa"/>
            </w:tcMar>
          </w:tcPr>
          <w:p w14:paraId="2BBB7F9C" w14:textId="77777777" w:rsidR="00473E84" w:rsidRDefault="00000000">
            <w:pPr>
              <w:spacing w:after="24" w:line="240" w:lineRule="auto"/>
            </w:pPr>
            <w:r>
              <w:rPr>
                <w:b/>
                <w:color w:val="46581C"/>
                <w:sz w:val="14"/>
              </w:rPr>
              <w:t>Walking to site.</w:t>
            </w:r>
          </w:p>
        </w:tc>
        <w:tc>
          <w:tcPr>
            <w:tcW w:w="0" w:type="auto"/>
            <w:shd w:val="clear" w:color="auto" w:fill="F8FAF5"/>
            <w:tcMar>
              <w:top w:w="45" w:type="dxa"/>
              <w:left w:w="60" w:type="dxa"/>
              <w:bottom w:w="45" w:type="dxa"/>
              <w:right w:w="60" w:type="dxa"/>
            </w:tcMar>
          </w:tcPr>
          <w:p w14:paraId="531B4C94" w14:textId="77777777" w:rsidR="00473E84" w:rsidRDefault="00000000">
            <w:pPr>
              <w:spacing w:after="24" w:line="240" w:lineRule="auto"/>
            </w:pPr>
            <w:r>
              <w:rPr>
                <w:color w:val="2A2A2A"/>
                <w:sz w:val="14"/>
              </w:rPr>
              <w:t>Drowning – path alongside pools</w:t>
            </w:r>
          </w:p>
          <w:p w14:paraId="5955997D" w14:textId="77777777" w:rsidR="00473E84" w:rsidRDefault="00000000">
            <w:pPr>
              <w:spacing w:after="24" w:line="240" w:lineRule="auto"/>
            </w:pPr>
            <w:r>
              <w:rPr>
                <w:color w:val="2A2A2A"/>
                <w:sz w:val="14"/>
              </w:rPr>
              <w:t>Lost participant</w:t>
            </w:r>
          </w:p>
          <w:p w14:paraId="43EE3471" w14:textId="77777777" w:rsidR="00473E84" w:rsidRDefault="00000000">
            <w:pPr>
              <w:spacing w:after="24" w:line="240" w:lineRule="auto"/>
            </w:pPr>
            <w:r>
              <w:rPr>
                <w:color w:val="2A2A2A"/>
                <w:sz w:val="14"/>
              </w:rPr>
              <w:t>Animals/livestock</w:t>
            </w:r>
          </w:p>
        </w:tc>
        <w:tc>
          <w:tcPr>
            <w:tcW w:w="0" w:type="auto"/>
            <w:shd w:val="clear" w:color="auto" w:fill="F8FAF5"/>
            <w:tcMar>
              <w:top w:w="45" w:type="dxa"/>
              <w:left w:w="60" w:type="dxa"/>
              <w:bottom w:w="45" w:type="dxa"/>
              <w:right w:w="60" w:type="dxa"/>
            </w:tcMar>
          </w:tcPr>
          <w:p w14:paraId="245E9956" w14:textId="77777777" w:rsidR="00473E84" w:rsidRDefault="00000000">
            <w:pPr>
              <w:spacing w:after="24" w:line="240" w:lineRule="auto"/>
            </w:pPr>
            <w:r>
              <w:rPr>
                <w:color w:val="2A2A2A"/>
                <w:sz w:val="14"/>
              </w:rPr>
              <w:t>Adequate supervision,</w:t>
            </w:r>
          </w:p>
          <w:p w14:paraId="5C2D3A41" w14:textId="77777777" w:rsidR="00473E84" w:rsidRDefault="00000000">
            <w:pPr>
              <w:spacing w:after="24" w:line="240" w:lineRule="auto"/>
            </w:pPr>
            <w:r>
              <w:rPr>
                <w:color w:val="2A2A2A"/>
                <w:sz w:val="14"/>
              </w:rPr>
              <w:t>One adult leading one at rear.</w:t>
            </w:r>
          </w:p>
          <w:p w14:paraId="4E20AA6D" w14:textId="77777777" w:rsidR="00473E84" w:rsidRDefault="00000000">
            <w:pPr>
              <w:spacing w:after="24" w:line="240" w:lineRule="auto"/>
            </w:pPr>
            <w:r>
              <w:rPr>
                <w:color w:val="2A2A2A"/>
                <w:sz w:val="14"/>
              </w:rPr>
              <w:t>Registration and head count</w:t>
            </w:r>
          </w:p>
          <w:p w14:paraId="5636F721" w14:textId="77777777" w:rsidR="00473E84" w:rsidRDefault="00000000">
            <w:pPr>
              <w:spacing w:after="24" w:line="240" w:lineRule="auto"/>
            </w:pPr>
            <w:r>
              <w:rPr>
                <w:color w:val="2A2A2A"/>
                <w:sz w:val="14"/>
              </w:rPr>
              <w:t>Group sticks together</w:t>
            </w:r>
          </w:p>
          <w:p w14:paraId="15B39D89" w14:textId="77777777" w:rsidR="00473E84" w:rsidRDefault="00000000">
            <w:pPr>
              <w:spacing w:after="24" w:line="240" w:lineRule="auto"/>
            </w:pPr>
            <w:r>
              <w:rPr>
                <w:color w:val="2A2A2A"/>
                <w:sz w:val="14"/>
              </w:rPr>
              <w:t>Avoid animal fields if practical and possible</w:t>
            </w:r>
          </w:p>
          <w:p w14:paraId="26AF3D81" w14:textId="77777777" w:rsidR="00473E84" w:rsidRDefault="00000000">
            <w:pPr>
              <w:spacing w:after="24" w:line="240" w:lineRule="auto"/>
            </w:pPr>
            <w:r>
              <w:rPr>
                <w:color w:val="2A2A2A"/>
                <w:sz w:val="14"/>
              </w:rPr>
              <w:t>Hand washing available</w:t>
            </w:r>
          </w:p>
        </w:tc>
      </w:tr>
      <w:tr w:rsidR="00473E84" w14:paraId="6216DA0A" w14:textId="77777777" w:rsidTr="005B0B50">
        <w:trPr>
          <w:cantSplit/>
          <w:jc w:val="center"/>
        </w:trPr>
        <w:tc>
          <w:tcPr>
            <w:tcW w:w="0" w:type="auto"/>
            <w:tcMar>
              <w:top w:w="45" w:type="dxa"/>
              <w:left w:w="60" w:type="dxa"/>
              <w:bottom w:w="45" w:type="dxa"/>
              <w:right w:w="60" w:type="dxa"/>
            </w:tcMar>
          </w:tcPr>
          <w:p w14:paraId="7C136B2D" w14:textId="77777777" w:rsidR="00473E84" w:rsidRDefault="00000000">
            <w:pPr>
              <w:spacing w:after="24" w:line="240" w:lineRule="auto"/>
            </w:pPr>
            <w:r>
              <w:rPr>
                <w:b/>
                <w:color w:val="46581C"/>
                <w:sz w:val="14"/>
              </w:rPr>
              <w:t>Access to site</w:t>
            </w:r>
          </w:p>
        </w:tc>
        <w:tc>
          <w:tcPr>
            <w:tcW w:w="0" w:type="auto"/>
            <w:tcMar>
              <w:top w:w="45" w:type="dxa"/>
              <w:left w:w="60" w:type="dxa"/>
              <w:bottom w:w="45" w:type="dxa"/>
              <w:right w:w="60" w:type="dxa"/>
            </w:tcMar>
          </w:tcPr>
          <w:p w14:paraId="10039696" w14:textId="77777777" w:rsidR="00473E84" w:rsidRDefault="00000000">
            <w:pPr>
              <w:spacing w:after="24" w:line="240" w:lineRule="auto"/>
            </w:pPr>
            <w:r>
              <w:rPr>
                <w:color w:val="2A2A2A"/>
                <w:sz w:val="14"/>
              </w:rPr>
              <w:t>Via Gates</w:t>
            </w:r>
          </w:p>
          <w:p w14:paraId="74B4A812" w14:textId="77777777" w:rsidR="00473E84" w:rsidRDefault="00000000">
            <w:pPr>
              <w:spacing w:after="24" w:line="240" w:lineRule="auto"/>
            </w:pPr>
            <w:r>
              <w:rPr>
                <w:color w:val="2A2A2A"/>
                <w:sz w:val="14"/>
              </w:rPr>
              <w:t>Tramped limbs.</w:t>
            </w:r>
          </w:p>
          <w:p w14:paraId="51A0A17D" w14:textId="77777777" w:rsidR="00473E84" w:rsidRDefault="00000000">
            <w:pPr>
              <w:spacing w:after="24" w:line="240" w:lineRule="auto"/>
            </w:pPr>
            <w:r>
              <w:rPr>
                <w:color w:val="2A2A2A"/>
                <w:sz w:val="14"/>
              </w:rPr>
              <w:t>Knocks to body and head.</w:t>
            </w:r>
          </w:p>
          <w:p w14:paraId="1A60286E" w14:textId="77777777" w:rsidR="00473E84" w:rsidRDefault="00000000">
            <w:pPr>
              <w:spacing w:after="24" w:line="240" w:lineRule="auto"/>
            </w:pPr>
            <w:r>
              <w:rPr>
                <w:color w:val="2A2A2A"/>
                <w:sz w:val="14"/>
              </w:rPr>
              <w:t>Straying animals</w:t>
            </w:r>
          </w:p>
        </w:tc>
        <w:tc>
          <w:tcPr>
            <w:tcW w:w="0" w:type="auto"/>
            <w:tcMar>
              <w:top w:w="45" w:type="dxa"/>
              <w:left w:w="60" w:type="dxa"/>
              <w:bottom w:w="45" w:type="dxa"/>
              <w:right w:w="60" w:type="dxa"/>
            </w:tcMar>
          </w:tcPr>
          <w:p w14:paraId="75FBCCA3" w14:textId="77777777" w:rsidR="00473E84" w:rsidRDefault="00000000">
            <w:pPr>
              <w:spacing w:after="24" w:line="240" w:lineRule="auto"/>
            </w:pPr>
            <w:r>
              <w:rPr>
                <w:color w:val="2A2A2A"/>
                <w:sz w:val="14"/>
              </w:rPr>
              <w:t>Ensure Gate is shut.</w:t>
            </w:r>
          </w:p>
          <w:p w14:paraId="57E690C2" w14:textId="77777777" w:rsidR="00473E84" w:rsidRDefault="00000000">
            <w:pPr>
              <w:spacing w:after="24" w:line="240" w:lineRule="auto"/>
            </w:pPr>
            <w:r>
              <w:rPr>
                <w:color w:val="2A2A2A"/>
                <w:sz w:val="14"/>
              </w:rPr>
              <w:t>Rope around gate access.</w:t>
            </w:r>
          </w:p>
          <w:p w14:paraId="434C52F2" w14:textId="77777777" w:rsidR="00473E84" w:rsidRDefault="00000000">
            <w:pPr>
              <w:spacing w:after="24" w:line="240" w:lineRule="auto"/>
            </w:pPr>
            <w:r>
              <w:rPr>
                <w:color w:val="2A2A2A"/>
                <w:sz w:val="14"/>
              </w:rPr>
              <w:t>Care to be taken when going through sprung loaded gates</w:t>
            </w:r>
          </w:p>
        </w:tc>
      </w:tr>
      <w:tr w:rsidR="00473E84" w14:paraId="13CC1DD5" w14:textId="77777777" w:rsidTr="005B0B50">
        <w:trPr>
          <w:cantSplit/>
          <w:jc w:val="center"/>
        </w:trPr>
        <w:tc>
          <w:tcPr>
            <w:tcW w:w="0" w:type="auto"/>
            <w:shd w:val="clear" w:color="auto" w:fill="F8FAF5"/>
            <w:tcMar>
              <w:top w:w="45" w:type="dxa"/>
              <w:left w:w="60" w:type="dxa"/>
              <w:bottom w:w="45" w:type="dxa"/>
              <w:right w:w="60" w:type="dxa"/>
            </w:tcMar>
          </w:tcPr>
          <w:p w14:paraId="21B7A074" w14:textId="77777777" w:rsidR="00473E84" w:rsidRDefault="00000000">
            <w:pPr>
              <w:spacing w:after="24" w:line="240" w:lineRule="auto"/>
            </w:pPr>
            <w:r>
              <w:rPr>
                <w:b/>
                <w:color w:val="46581C"/>
                <w:sz w:val="14"/>
              </w:rPr>
              <w:t>Boundaries to site</w:t>
            </w:r>
          </w:p>
        </w:tc>
        <w:tc>
          <w:tcPr>
            <w:tcW w:w="0" w:type="auto"/>
            <w:shd w:val="clear" w:color="auto" w:fill="F8FAF5"/>
            <w:tcMar>
              <w:top w:w="45" w:type="dxa"/>
              <w:left w:w="60" w:type="dxa"/>
              <w:bottom w:w="45" w:type="dxa"/>
              <w:right w:w="60" w:type="dxa"/>
            </w:tcMar>
          </w:tcPr>
          <w:p w14:paraId="1C934E6C" w14:textId="77777777" w:rsidR="00473E84" w:rsidRDefault="00000000">
            <w:pPr>
              <w:spacing w:after="24" w:line="240" w:lineRule="auto"/>
            </w:pPr>
            <w:r>
              <w:rPr>
                <w:color w:val="2A2A2A"/>
                <w:sz w:val="14"/>
              </w:rPr>
              <w:t>Scratches  -Barbed Wire</w:t>
            </w:r>
          </w:p>
          <w:p w14:paraId="5A343543" w14:textId="77777777" w:rsidR="00473E84" w:rsidRDefault="00000000">
            <w:pPr>
              <w:spacing w:after="24" w:line="240" w:lineRule="auto"/>
            </w:pPr>
            <w:r>
              <w:rPr>
                <w:color w:val="2A2A2A"/>
                <w:sz w:val="14"/>
              </w:rPr>
              <w:t>No physical boundary around parts of the site</w:t>
            </w:r>
          </w:p>
        </w:tc>
        <w:tc>
          <w:tcPr>
            <w:tcW w:w="0" w:type="auto"/>
            <w:shd w:val="clear" w:color="auto" w:fill="F8FAF5"/>
            <w:tcMar>
              <w:top w:w="45" w:type="dxa"/>
              <w:left w:w="60" w:type="dxa"/>
              <w:bottom w:w="45" w:type="dxa"/>
              <w:right w:w="60" w:type="dxa"/>
            </w:tcMar>
          </w:tcPr>
          <w:p w14:paraId="1FEC35BE" w14:textId="77777777" w:rsidR="00473E84" w:rsidRDefault="00000000">
            <w:pPr>
              <w:spacing w:after="24" w:line="240" w:lineRule="auto"/>
            </w:pPr>
            <w:r>
              <w:rPr>
                <w:color w:val="2A2A2A"/>
                <w:sz w:val="14"/>
              </w:rPr>
              <w:t>Make participants aware the dangers and avoid activities close to the boundaries.</w:t>
            </w:r>
          </w:p>
          <w:p w14:paraId="43D66ACD" w14:textId="77777777" w:rsidR="00473E84" w:rsidRDefault="00000000">
            <w:pPr>
              <w:spacing w:after="24" w:line="240" w:lineRule="auto"/>
            </w:pPr>
            <w:r>
              <w:rPr>
                <w:color w:val="2A2A2A"/>
                <w:sz w:val="14"/>
              </w:rPr>
              <w:t>Participants to stay with sight of fire circle</w:t>
            </w:r>
          </w:p>
        </w:tc>
      </w:tr>
      <w:tr w:rsidR="00473E84" w14:paraId="02B47307" w14:textId="77777777" w:rsidTr="005B0B50">
        <w:trPr>
          <w:cantSplit/>
          <w:jc w:val="center"/>
        </w:trPr>
        <w:tc>
          <w:tcPr>
            <w:tcW w:w="0" w:type="auto"/>
            <w:tcMar>
              <w:top w:w="45" w:type="dxa"/>
              <w:left w:w="60" w:type="dxa"/>
              <w:bottom w:w="45" w:type="dxa"/>
              <w:right w:w="60" w:type="dxa"/>
            </w:tcMar>
          </w:tcPr>
          <w:p w14:paraId="18A12250" w14:textId="77777777" w:rsidR="00473E84" w:rsidRDefault="00000000">
            <w:pPr>
              <w:spacing w:after="24" w:line="240" w:lineRule="auto"/>
            </w:pPr>
            <w:r>
              <w:rPr>
                <w:b/>
                <w:color w:val="46581C"/>
                <w:sz w:val="14"/>
              </w:rPr>
              <w:t>Other People using the site</w:t>
            </w:r>
          </w:p>
        </w:tc>
        <w:tc>
          <w:tcPr>
            <w:tcW w:w="0" w:type="auto"/>
            <w:tcMar>
              <w:top w:w="45" w:type="dxa"/>
              <w:left w:w="60" w:type="dxa"/>
              <w:bottom w:w="45" w:type="dxa"/>
              <w:right w:w="60" w:type="dxa"/>
            </w:tcMar>
          </w:tcPr>
          <w:p w14:paraId="78AE17CC" w14:textId="77777777" w:rsidR="00473E84" w:rsidRDefault="00000000">
            <w:pPr>
              <w:spacing w:after="24" w:line="240" w:lineRule="auto"/>
            </w:pPr>
            <w:r>
              <w:rPr>
                <w:color w:val="2A2A2A"/>
                <w:sz w:val="14"/>
              </w:rPr>
              <w:t>Visitors to Arboretum</w:t>
            </w:r>
          </w:p>
          <w:p w14:paraId="49D3EAEA" w14:textId="77777777" w:rsidR="00473E84" w:rsidRDefault="00000000">
            <w:pPr>
              <w:spacing w:after="24" w:line="240" w:lineRule="auto"/>
            </w:pPr>
            <w:r>
              <w:rPr>
                <w:color w:val="2A2A2A"/>
                <w:sz w:val="14"/>
              </w:rPr>
              <w:t>Farm/Arboretum Staff</w:t>
            </w:r>
          </w:p>
        </w:tc>
        <w:tc>
          <w:tcPr>
            <w:tcW w:w="0" w:type="auto"/>
            <w:tcMar>
              <w:top w:w="45" w:type="dxa"/>
              <w:left w:w="60" w:type="dxa"/>
              <w:bottom w:w="45" w:type="dxa"/>
              <w:right w:w="60" w:type="dxa"/>
            </w:tcMar>
          </w:tcPr>
          <w:p w14:paraId="61E7EBF2" w14:textId="77777777" w:rsidR="00473E84" w:rsidRDefault="00000000">
            <w:pPr>
              <w:spacing w:after="24" w:line="240" w:lineRule="auto"/>
            </w:pPr>
            <w:r>
              <w:rPr>
                <w:color w:val="2A2A2A"/>
                <w:sz w:val="14"/>
              </w:rPr>
              <w:t>Stickers Identify Visitors</w:t>
            </w:r>
          </w:p>
          <w:p w14:paraId="1953940F" w14:textId="77777777" w:rsidR="00473E84" w:rsidRDefault="00000000">
            <w:pPr>
              <w:spacing w:after="24" w:line="240" w:lineRule="auto"/>
            </w:pPr>
            <w:r>
              <w:rPr>
                <w:color w:val="2A2A2A"/>
                <w:sz w:val="14"/>
              </w:rPr>
              <w:t>People without stickers to be challenged</w:t>
            </w:r>
          </w:p>
          <w:p w14:paraId="3663C191" w14:textId="77777777" w:rsidR="00473E84" w:rsidRDefault="00000000">
            <w:pPr>
              <w:spacing w:after="24" w:line="240" w:lineRule="auto"/>
            </w:pPr>
            <w:r>
              <w:rPr>
                <w:color w:val="2A2A2A"/>
                <w:sz w:val="14"/>
              </w:rPr>
              <w:t>Sites situated away from main visitor areas</w:t>
            </w:r>
          </w:p>
          <w:p w14:paraId="2C05A168" w14:textId="77777777" w:rsidR="00473E84" w:rsidRDefault="00000000">
            <w:pPr>
              <w:spacing w:after="24" w:line="240" w:lineRule="auto"/>
            </w:pPr>
            <w:r>
              <w:rPr>
                <w:color w:val="2A2A2A"/>
                <w:sz w:val="14"/>
              </w:rPr>
              <w:t>Staff aware of site locations</w:t>
            </w:r>
          </w:p>
          <w:p w14:paraId="6F0DE26D" w14:textId="77777777" w:rsidR="00473E84" w:rsidRDefault="00000000">
            <w:pPr>
              <w:spacing w:after="24" w:line="240" w:lineRule="auto"/>
            </w:pPr>
            <w:r>
              <w:rPr>
                <w:color w:val="2A2A2A"/>
                <w:sz w:val="14"/>
              </w:rPr>
              <w:t>Inform arboretum/staff of activities and locations</w:t>
            </w:r>
          </w:p>
        </w:tc>
      </w:tr>
      <w:tr w:rsidR="00473E84" w14:paraId="3FB1373B" w14:textId="77777777" w:rsidTr="005B0B50">
        <w:trPr>
          <w:cantSplit/>
          <w:jc w:val="center"/>
        </w:trPr>
        <w:tc>
          <w:tcPr>
            <w:tcW w:w="0" w:type="auto"/>
            <w:shd w:val="clear" w:color="auto" w:fill="F8FAF5"/>
            <w:tcMar>
              <w:top w:w="45" w:type="dxa"/>
              <w:left w:w="60" w:type="dxa"/>
              <w:bottom w:w="45" w:type="dxa"/>
              <w:right w:w="60" w:type="dxa"/>
            </w:tcMar>
          </w:tcPr>
          <w:p w14:paraId="5FAD77BB" w14:textId="77777777" w:rsidR="00473E84" w:rsidRDefault="00000000">
            <w:pPr>
              <w:spacing w:after="24" w:line="240" w:lineRule="auto"/>
            </w:pPr>
            <w:r>
              <w:rPr>
                <w:b/>
                <w:color w:val="46581C"/>
                <w:sz w:val="14"/>
              </w:rPr>
              <w:t>Meeting Point by Visitors Centre</w:t>
            </w:r>
          </w:p>
        </w:tc>
        <w:tc>
          <w:tcPr>
            <w:tcW w:w="0" w:type="auto"/>
            <w:shd w:val="clear" w:color="auto" w:fill="F8FAF5"/>
            <w:tcMar>
              <w:top w:w="45" w:type="dxa"/>
              <w:left w:w="60" w:type="dxa"/>
              <w:bottom w:w="45" w:type="dxa"/>
              <w:right w:w="60" w:type="dxa"/>
            </w:tcMar>
          </w:tcPr>
          <w:p w14:paraId="1CD736E0" w14:textId="77777777" w:rsidR="00473E84" w:rsidRDefault="00000000">
            <w:pPr>
              <w:spacing w:after="24" w:line="240" w:lineRule="auto"/>
            </w:pPr>
            <w:r>
              <w:rPr>
                <w:color w:val="2A2A2A"/>
                <w:sz w:val="14"/>
              </w:rPr>
              <w:t>Drowning – Pool</w:t>
            </w:r>
          </w:p>
          <w:p w14:paraId="0760F61C" w14:textId="77777777" w:rsidR="00473E84" w:rsidRDefault="00000000">
            <w:pPr>
              <w:spacing w:after="24" w:line="240" w:lineRule="auto"/>
            </w:pPr>
            <w:r>
              <w:rPr>
                <w:color w:val="2A2A2A"/>
                <w:sz w:val="14"/>
              </w:rPr>
              <w:t>Lost children</w:t>
            </w:r>
          </w:p>
          <w:p w14:paraId="2DCE55A2" w14:textId="77777777" w:rsidR="00473E84" w:rsidRDefault="00000000">
            <w:pPr>
              <w:spacing w:after="24" w:line="240" w:lineRule="auto"/>
            </w:pPr>
            <w:r>
              <w:rPr>
                <w:color w:val="2A2A2A"/>
                <w:sz w:val="14"/>
              </w:rPr>
              <w:t>Disturbance to Arboretum Visitors</w:t>
            </w:r>
          </w:p>
          <w:p w14:paraId="5FB7E9F0" w14:textId="77777777" w:rsidR="00473E84" w:rsidRDefault="00000000">
            <w:pPr>
              <w:spacing w:after="24" w:line="240" w:lineRule="auto"/>
            </w:pPr>
            <w:r>
              <w:rPr>
                <w:color w:val="2A2A2A"/>
                <w:sz w:val="14"/>
              </w:rPr>
              <w:t>Falling into lake</w:t>
            </w:r>
          </w:p>
        </w:tc>
        <w:tc>
          <w:tcPr>
            <w:tcW w:w="0" w:type="auto"/>
            <w:shd w:val="clear" w:color="auto" w:fill="F8FAF5"/>
            <w:tcMar>
              <w:top w:w="45" w:type="dxa"/>
              <w:left w:w="60" w:type="dxa"/>
              <w:bottom w:w="45" w:type="dxa"/>
              <w:right w:w="60" w:type="dxa"/>
            </w:tcMar>
          </w:tcPr>
          <w:p w14:paraId="2D967DF8" w14:textId="77777777" w:rsidR="00473E84" w:rsidRDefault="00000000">
            <w:pPr>
              <w:spacing w:after="24" w:line="240" w:lineRule="auto"/>
            </w:pPr>
            <w:r>
              <w:rPr>
                <w:color w:val="2A2A2A"/>
                <w:sz w:val="14"/>
              </w:rPr>
              <w:t>Supervision of participants</w:t>
            </w:r>
          </w:p>
          <w:p w14:paraId="016B6E83" w14:textId="77777777" w:rsidR="00473E84" w:rsidRDefault="00000000">
            <w:pPr>
              <w:spacing w:after="24" w:line="240" w:lineRule="auto"/>
            </w:pPr>
            <w:r>
              <w:rPr>
                <w:color w:val="2A2A2A"/>
                <w:sz w:val="14"/>
              </w:rPr>
              <w:t>Move off to site as soon as possible.</w:t>
            </w:r>
          </w:p>
          <w:p w14:paraId="117B3BC9" w14:textId="77777777" w:rsidR="00473E84" w:rsidRDefault="00000000">
            <w:pPr>
              <w:spacing w:after="24" w:line="240" w:lineRule="auto"/>
            </w:pPr>
            <w:r>
              <w:rPr>
                <w:color w:val="2A2A2A"/>
                <w:sz w:val="14"/>
              </w:rPr>
              <w:t>Keep children together and under control whilst waiting for the session to begin</w:t>
            </w:r>
          </w:p>
        </w:tc>
      </w:tr>
      <w:tr w:rsidR="00473E84" w14:paraId="403E58A4" w14:textId="77777777" w:rsidTr="005B0B50">
        <w:trPr>
          <w:cantSplit/>
          <w:jc w:val="center"/>
        </w:trPr>
        <w:tc>
          <w:tcPr>
            <w:tcW w:w="0" w:type="auto"/>
            <w:tcMar>
              <w:top w:w="45" w:type="dxa"/>
              <w:left w:w="60" w:type="dxa"/>
              <w:bottom w:w="45" w:type="dxa"/>
              <w:right w:w="60" w:type="dxa"/>
            </w:tcMar>
          </w:tcPr>
          <w:p w14:paraId="0CA0B408" w14:textId="77777777" w:rsidR="00473E84" w:rsidRDefault="00000000">
            <w:pPr>
              <w:spacing w:after="24" w:line="240" w:lineRule="auto"/>
            </w:pPr>
            <w:r>
              <w:rPr>
                <w:b/>
                <w:color w:val="46581C"/>
                <w:sz w:val="14"/>
              </w:rPr>
              <w:t>Structures</w:t>
            </w:r>
          </w:p>
        </w:tc>
        <w:tc>
          <w:tcPr>
            <w:tcW w:w="0" w:type="auto"/>
            <w:tcMar>
              <w:top w:w="45" w:type="dxa"/>
              <w:left w:w="60" w:type="dxa"/>
              <w:bottom w:w="45" w:type="dxa"/>
              <w:right w:w="60" w:type="dxa"/>
            </w:tcMar>
          </w:tcPr>
          <w:p w14:paraId="0C274DC2" w14:textId="77777777" w:rsidR="00473E84" w:rsidRDefault="00000000">
            <w:pPr>
              <w:spacing w:after="24" w:line="240" w:lineRule="auto"/>
            </w:pPr>
            <w:r>
              <w:rPr>
                <w:color w:val="2A2A2A"/>
                <w:sz w:val="14"/>
              </w:rPr>
              <w:t>Shelters – The Octagon and the Oak Tree Shelter</w:t>
            </w:r>
          </w:p>
        </w:tc>
        <w:tc>
          <w:tcPr>
            <w:tcW w:w="0" w:type="auto"/>
            <w:tcMar>
              <w:top w:w="45" w:type="dxa"/>
              <w:left w:w="60" w:type="dxa"/>
              <w:bottom w:w="45" w:type="dxa"/>
              <w:right w:w="60" w:type="dxa"/>
            </w:tcMar>
          </w:tcPr>
          <w:p w14:paraId="5ADEBD74" w14:textId="77777777" w:rsidR="00473E84" w:rsidRDefault="00000000">
            <w:pPr>
              <w:spacing w:after="24" w:line="240" w:lineRule="auto"/>
            </w:pPr>
            <w:r>
              <w:rPr>
                <w:color w:val="2A2A2A"/>
                <w:sz w:val="14"/>
              </w:rPr>
              <w:t>Check prior to each session for visual structural issues</w:t>
            </w:r>
          </w:p>
          <w:p w14:paraId="2E16EAE7" w14:textId="77777777" w:rsidR="00473E84" w:rsidRDefault="00000000">
            <w:pPr>
              <w:spacing w:after="24" w:line="240" w:lineRule="auto"/>
            </w:pPr>
            <w:r>
              <w:rPr>
                <w:color w:val="2A2A2A"/>
                <w:sz w:val="14"/>
              </w:rPr>
              <w:t>Annual check to ensure  structural sound and fit for use</w:t>
            </w:r>
          </w:p>
        </w:tc>
      </w:tr>
      <w:tr w:rsidR="00473E84" w14:paraId="4092784F" w14:textId="77777777" w:rsidTr="005B0B50">
        <w:trPr>
          <w:cantSplit/>
          <w:jc w:val="center"/>
        </w:trPr>
        <w:tc>
          <w:tcPr>
            <w:tcW w:w="0" w:type="auto"/>
            <w:shd w:val="clear" w:color="auto" w:fill="F8FAF5"/>
            <w:tcMar>
              <w:top w:w="45" w:type="dxa"/>
              <w:left w:w="60" w:type="dxa"/>
              <w:bottom w:w="45" w:type="dxa"/>
              <w:right w:w="60" w:type="dxa"/>
            </w:tcMar>
          </w:tcPr>
          <w:p w14:paraId="32DB5250" w14:textId="77777777" w:rsidR="00473E84" w:rsidRDefault="00000000">
            <w:pPr>
              <w:spacing w:after="24" w:line="240" w:lineRule="auto"/>
            </w:pPr>
            <w:r>
              <w:rPr>
                <w:b/>
                <w:color w:val="46581C"/>
                <w:sz w:val="14"/>
              </w:rPr>
              <w:t>Structures</w:t>
            </w:r>
          </w:p>
        </w:tc>
        <w:tc>
          <w:tcPr>
            <w:tcW w:w="0" w:type="auto"/>
            <w:shd w:val="clear" w:color="auto" w:fill="F8FAF5"/>
            <w:tcMar>
              <w:top w:w="45" w:type="dxa"/>
              <w:left w:w="60" w:type="dxa"/>
              <w:bottom w:w="45" w:type="dxa"/>
              <w:right w:w="60" w:type="dxa"/>
            </w:tcMar>
          </w:tcPr>
          <w:p w14:paraId="22F18C86" w14:textId="77777777" w:rsidR="00473E84" w:rsidRDefault="00000000">
            <w:pPr>
              <w:spacing w:after="24" w:line="240" w:lineRule="auto"/>
            </w:pPr>
            <w:r>
              <w:rPr>
                <w:color w:val="2A2A2A"/>
                <w:sz w:val="14"/>
              </w:rPr>
              <w:t>Composting Toilet</w:t>
            </w:r>
          </w:p>
          <w:p w14:paraId="27A8B2C5" w14:textId="77777777" w:rsidR="00473E84" w:rsidRDefault="00000000">
            <w:pPr>
              <w:spacing w:after="24" w:line="240" w:lineRule="auto"/>
            </w:pPr>
            <w:r>
              <w:rPr>
                <w:color w:val="2A2A2A"/>
                <w:sz w:val="14"/>
              </w:rPr>
              <w:t>Children falling into the toilet</w:t>
            </w:r>
          </w:p>
        </w:tc>
        <w:tc>
          <w:tcPr>
            <w:tcW w:w="0" w:type="auto"/>
            <w:shd w:val="clear" w:color="auto" w:fill="F8FAF5"/>
            <w:tcMar>
              <w:top w:w="45" w:type="dxa"/>
              <w:left w:w="60" w:type="dxa"/>
              <w:bottom w:w="45" w:type="dxa"/>
              <w:right w:w="60" w:type="dxa"/>
            </w:tcMar>
          </w:tcPr>
          <w:p w14:paraId="0DDEEAFD" w14:textId="77777777" w:rsidR="00473E84" w:rsidRDefault="00000000">
            <w:pPr>
              <w:spacing w:after="24" w:line="240" w:lineRule="auto"/>
            </w:pPr>
            <w:r>
              <w:rPr>
                <w:color w:val="2A2A2A"/>
                <w:sz w:val="14"/>
              </w:rPr>
              <w:t>Toilet to be locked to prevent unsupervised activity</w:t>
            </w:r>
          </w:p>
          <w:p w14:paraId="3BE9A0F6" w14:textId="77777777" w:rsidR="00473E84" w:rsidRDefault="00000000">
            <w:pPr>
              <w:spacing w:after="24" w:line="240" w:lineRule="auto"/>
            </w:pPr>
            <w:r>
              <w:rPr>
                <w:color w:val="2A2A2A"/>
                <w:sz w:val="14"/>
              </w:rPr>
              <w:t>The hole in to the toilet is small and the seat also has a toddler insert</w:t>
            </w:r>
          </w:p>
          <w:p w14:paraId="0CD0C7ED" w14:textId="77777777" w:rsidR="00473E84" w:rsidRDefault="00000000">
            <w:pPr>
              <w:spacing w:after="24" w:line="240" w:lineRule="auto"/>
            </w:pPr>
            <w:r>
              <w:rPr>
                <w:color w:val="2A2A2A"/>
                <w:sz w:val="14"/>
              </w:rPr>
              <w:t>Children to be supervised – Young children to be accompanied into the toilet with either parents or DBS staff,  Older children to be allowed to be accompanied but parents or staff to wait outside on close hand.  In case of falling a rope to be kept within the toilet to assist a rescue. Numbers of staff to be placed in the toilet in case of emergency</w:t>
            </w:r>
          </w:p>
        </w:tc>
      </w:tr>
      <w:tr w:rsidR="00473E84" w14:paraId="575FC7F0" w14:textId="77777777" w:rsidTr="005B0B50">
        <w:trPr>
          <w:cantSplit/>
          <w:jc w:val="center"/>
        </w:trPr>
        <w:tc>
          <w:tcPr>
            <w:tcW w:w="0" w:type="auto"/>
            <w:tcMar>
              <w:top w:w="45" w:type="dxa"/>
              <w:left w:w="60" w:type="dxa"/>
              <w:bottom w:w="45" w:type="dxa"/>
              <w:right w:w="60" w:type="dxa"/>
            </w:tcMar>
          </w:tcPr>
          <w:p w14:paraId="4E1E44CB" w14:textId="77777777" w:rsidR="00473E84" w:rsidRDefault="00000000">
            <w:pPr>
              <w:spacing w:after="24" w:line="240" w:lineRule="auto"/>
            </w:pPr>
            <w:r>
              <w:rPr>
                <w:b/>
                <w:color w:val="46581C"/>
                <w:sz w:val="14"/>
              </w:rPr>
              <w:t>Swings/Rope ladders/Balance Beams</w:t>
            </w:r>
          </w:p>
        </w:tc>
        <w:tc>
          <w:tcPr>
            <w:tcW w:w="0" w:type="auto"/>
            <w:tcMar>
              <w:top w:w="45" w:type="dxa"/>
              <w:left w:w="60" w:type="dxa"/>
              <w:bottom w:w="45" w:type="dxa"/>
              <w:right w:w="60" w:type="dxa"/>
            </w:tcMar>
          </w:tcPr>
          <w:p w14:paraId="7A41EE45" w14:textId="77777777" w:rsidR="00473E84" w:rsidRDefault="00000000">
            <w:pPr>
              <w:spacing w:after="24" w:line="240" w:lineRule="auto"/>
            </w:pPr>
            <w:r>
              <w:rPr>
                <w:color w:val="2A2A2A"/>
                <w:sz w:val="14"/>
              </w:rPr>
              <w:t>Falls</w:t>
            </w:r>
          </w:p>
          <w:p w14:paraId="4E5EB4B1" w14:textId="77777777" w:rsidR="00473E84" w:rsidRDefault="00000000">
            <w:pPr>
              <w:spacing w:after="24" w:line="240" w:lineRule="auto"/>
            </w:pPr>
            <w:r>
              <w:rPr>
                <w:color w:val="2A2A2A"/>
                <w:sz w:val="14"/>
              </w:rPr>
              <w:t>Frayed ropes</w:t>
            </w:r>
          </w:p>
          <w:p w14:paraId="2246CC3C" w14:textId="77777777" w:rsidR="00473E84" w:rsidRDefault="00000000">
            <w:pPr>
              <w:spacing w:after="24" w:line="240" w:lineRule="auto"/>
            </w:pPr>
            <w:r>
              <w:rPr>
                <w:color w:val="2A2A2A"/>
                <w:sz w:val="14"/>
              </w:rPr>
              <w:t>Falls, bangs to head, legs and arms</w:t>
            </w:r>
          </w:p>
        </w:tc>
        <w:tc>
          <w:tcPr>
            <w:tcW w:w="0" w:type="auto"/>
            <w:tcMar>
              <w:top w:w="45" w:type="dxa"/>
              <w:left w:w="60" w:type="dxa"/>
              <w:bottom w:w="45" w:type="dxa"/>
              <w:right w:w="60" w:type="dxa"/>
            </w:tcMar>
          </w:tcPr>
          <w:p w14:paraId="1115DCC9" w14:textId="77777777" w:rsidR="00473E84" w:rsidRDefault="00000000">
            <w:pPr>
              <w:spacing w:after="24" w:line="240" w:lineRule="auto"/>
            </w:pPr>
            <w:r>
              <w:rPr>
                <w:color w:val="2A2A2A"/>
                <w:sz w:val="14"/>
              </w:rPr>
              <w:t>Equipment to be checked at the beginning of each session, for damage to rope and trees</w:t>
            </w:r>
          </w:p>
          <w:p w14:paraId="0EC3CD56" w14:textId="77777777" w:rsidR="00473E84" w:rsidRDefault="00000000">
            <w:pPr>
              <w:spacing w:after="24" w:line="240" w:lineRule="auto"/>
            </w:pPr>
            <w:r>
              <w:rPr>
                <w:color w:val="2A2A2A"/>
                <w:sz w:val="14"/>
              </w:rPr>
              <w:t>Children to be warned of the dangers and also if a large group children to be supervised</w:t>
            </w:r>
          </w:p>
          <w:p w14:paraId="08A90635" w14:textId="77777777" w:rsidR="00473E84" w:rsidRDefault="00000000">
            <w:pPr>
              <w:spacing w:after="24" w:line="240" w:lineRule="auto"/>
            </w:pPr>
            <w:r>
              <w:rPr>
                <w:color w:val="2A2A2A"/>
                <w:sz w:val="14"/>
              </w:rPr>
              <w:t>Only one child at a time on the equipment</w:t>
            </w:r>
          </w:p>
        </w:tc>
      </w:tr>
      <w:tr w:rsidR="00473E84" w14:paraId="32852042" w14:textId="77777777" w:rsidTr="005B0B50">
        <w:trPr>
          <w:cantSplit/>
          <w:jc w:val="center"/>
        </w:trPr>
        <w:tc>
          <w:tcPr>
            <w:tcW w:w="0" w:type="auto"/>
            <w:shd w:val="clear" w:color="auto" w:fill="F8FAF5"/>
            <w:tcMar>
              <w:top w:w="45" w:type="dxa"/>
              <w:left w:w="60" w:type="dxa"/>
              <w:bottom w:w="45" w:type="dxa"/>
              <w:right w:w="60" w:type="dxa"/>
            </w:tcMar>
          </w:tcPr>
          <w:p w14:paraId="1086343B" w14:textId="77777777" w:rsidR="00473E84" w:rsidRDefault="00000000">
            <w:pPr>
              <w:spacing w:after="24" w:line="240" w:lineRule="auto"/>
            </w:pPr>
            <w:r>
              <w:rPr>
                <w:b/>
                <w:color w:val="46581C"/>
                <w:sz w:val="14"/>
              </w:rPr>
              <w:lastRenderedPageBreak/>
              <w:t>Fire pit</w:t>
            </w:r>
          </w:p>
        </w:tc>
        <w:tc>
          <w:tcPr>
            <w:tcW w:w="0" w:type="auto"/>
            <w:shd w:val="clear" w:color="auto" w:fill="F8FAF5"/>
            <w:tcMar>
              <w:top w:w="45" w:type="dxa"/>
              <w:left w:w="60" w:type="dxa"/>
              <w:bottom w:w="45" w:type="dxa"/>
              <w:right w:w="60" w:type="dxa"/>
            </w:tcMar>
          </w:tcPr>
          <w:p w14:paraId="078E8072" w14:textId="77777777" w:rsidR="00473E84" w:rsidRDefault="00000000">
            <w:pPr>
              <w:spacing w:after="24" w:line="240" w:lineRule="auto"/>
            </w:pPr>
            <w:r>
              <w:rPr>
                <w:color w:val="2A2A2A"/>
                <w:sz w:val="14"/>
              </w:rPr>
              <w:t>Burns</w:t>
            </w:r>
          </w:p>
          <w:p w14:paraId="00E2540F" w14:textId="77777777" w:rsidR="00473E84" w:rsidRDefault="00000000">
            <w:pPr>
              <w:spacing w:after="24" w:line="240" w:lineRule="auto"/>
            </w:pPr>
            <w:r>
              <w:rPr>
                <w:color w:val="2A2A2A"/>
                <w:sz w:val="14"/>
              </w:rPr>
              <w:t>Spread of fire</w:t>
            </w:r>
          </w:p>
          <w:p w14:paraId="05BF713C" w14:textId="77777777" w:rsidR="00473E84" w:rsidRDefault="00000000">
            <w:pPr>
              <w:spacing w:after="24" w:line="240" w:lineRule="auto"/>
            </w:pPr>
            <w:r>
              <w:rPr>
                <w:color w:val="2A2A2A"/>
                <w:sz w:val="14"/>
              </w:rPr>
              <w:t>Loss of resources and facilities</w:t>
            </w:r>
          </w:p>
        </w:tc>
        <w:tc>
          <w:tcPr>
            <w:tcW w:w="0" w:type="auto"/>
            <w:shd w:val="clear" w:color="auto" w:fill="F8FAF5"/>
            <w:tcMar>
              <w:top w:w="45" w:type="dxa"/>
              <w:left w:w="60" w:type="dxa"/>
              <w:bottom w:w="45" w:type="dxa"/>
              <w:right w:w="60" w:type="dxa"/>
            </w:tcMar>
          </w:tcPr>
          <w:p w14:paraId="1C67BD9A" w14:textId="77777777" w:rsidR="00473E84" w:rsidRDefault="00000000">
            <w:pPr>
              <w:spacing w:after="24" w:line="240" w:lineRule="auto"/>
            </w:pPr>
            <w:r>
              <w:rPr>
                <w:color w:val="2A2A2A"/>
                <w:sz w:val="14"/>
              </w:rPr>
              <w:t>Make participants aware of dangers and discuss with participants</w:t>
            </w:r>
          </w:p>
          <w:p w14:paraId="52E181C3" w14:textId="77777777" w:rsidR="00473E84" w:rsidRDefault="00000000">
            <w:pPr>
              <w:spacing w:after="24" w:line="240" w:lineRule="auto"/>
            </w:pPr>
            <w:r>
              <w:rPr>
                <w:color w:val="2A2A2A"/>
                <w:sz w:val="14"/>
              </w:rPr>
              <w:t>Enforce fire circle etiquettes with children and adults at all times.</w:t>
            </w:r>
          </w:p>
          <w:p w14:paraId="303BF4F6" w14:textId="77777777" w:rsidR="00473E84" w:rsidRDefault="00000000">
            <w:pPr>
              <w:spacing w:after="24" w:line="240" w:lineRule="auto"/>
            </w:pPr>
            <w:r>
              <w:rPr>
                <w:color w:val="2A2A2A"/>
                <w:sz w:val="14"/>
              </w:rPr>
              <w:t>Fire circle etiquette –i.e. no one in the circle unless cooking/walk around the outside of circle. No one in circle at all unless cooking on the fire or assisting a child.</w:t>
            </w:r>
          </w:p>
          <w:p w14:paraId="07315EBB" w14:textId="77777777" w:rsidR="00473E84" w:rsidRDefault="00000000">
            <w:pPr>
              <w:spacing w:after="24" w:line="240" w:lineRule="auto"/>
            </w:pPr>
            <w:r>
              <w:rPr>
                <w:color w:val="2A2A2A"/>
                <w:sz w:val="14"/>
              </w:rPr>
              <w:t>Supervision</w:t>
            </w:r>
          </w:p>
          <w:p w14:paraId="0C0BEBDA" w14:textId="77777777" w:rsidR="00473E84" w:rsidRDefault="00000000">
            <w:pPr>
              <w:spacing w:after="24" w:line="240" w:lineRule="auto"/>
            </w:pPr>
            <w:r>
              <w:rPr>
                <w:color w:val="2A2A2A"/>
                <w:sz w:val="14"/>
              </w:rPr>
              <w:t>Use of gloves</w:t>
            </w:r>
          </w:p>
          <w:p w14:paraId="4063BB59" w14:textId="77777777" w:rsidR="00473E84" w:rsidRDefault="00000000">
            <w:pPr>
              <w:spacing w:after="24" w:line="240" w:lineRule="auto"/>
            </w:pPr>
            <w:r>
              <w:rPr>
                <w:color w:val="2A2A2A"/>
                <w:sz w:val="14"/>
              </w:rPr>
              <w:t>Qualified first aiders</w:t>
            </w:r>
          </w:p>
          <w:p w14:paraId="4D17252A" w14:textId="77777777" w:rsidR="00473E84" w:rsidRDefault="00000000">
            <w:pPr>
              <w:spacing w:after="24" w:line="240" w:lineRule="auto"/>
            </w:pPr>
            <w:r>
              <w:rPr>
                <w:color w:val="2A2A2A"/>
                <w:sz w:val="14"/>
              </w:rPr>
              <w:t>Distance between fire and seating</w:t>
            </w:r>
          </w:p>
          <w:p w14:paraId="0BF9A250" w14:textId="77777777" w:rsidR="00473E84" w:rsidRDefault="00000000">
            <w:pPr>
              <w:spacing w:after="24" w:line="240" w:lineRule="auto"/>
            </w:pPr>
            <w:r>
              <w:rPr>
                <w:color w:val="2A2A2A"/>
                <w:sz w:val="14"/>
              </w:rPr>
              <w:t>Movement within circle kept to a minimum</w:t>
            </w:r>
          </w:p>
          <w:p w14:paraId="02D499AE" w14:textId="77777777" w:rsidR="00473E84" w:rsidRDefault="00000000">
            <w:pPr>
              <w:spacing w:after="24" w:line="240" w:lineRule="auto"/>
            </w:pPr>
            <w:r>
              <w:rPr>
                <w:color w:val="2A2A2A"/>
                <w:sz w:val="14"/>
              </w:rPr>
              <w:t>Water available for extinguishing fire and emersion</w:t>
            </w:r>
          </w:p>
          <w:p w14:paraId="311847AF" w14:textId="77777777" w:rsidR="00473E84" w:rsidRDefault="00000000">
            <w:pPr>
              <w:spacing w:after="24" w:line="240" w:lineRule="auto"/>
            </w:pPr>
            <w:r>
              <w:rPr>
                <w:color w:val="2A2A2A"/>
                <w:sz w:val="14"/>
              </w:rPr>
              <w:t>Ensure fire is fully extinguished at the end of each session.</w:t>
            </w:r>
          </w:p>
          <w:p w14:paraId="0B82C325" w14:textId="77777777" w:rsidR="00473E84" w:rsidRDefault="00000000">
            <w:pPr>
              <w:spacing w:after="24" w:line="240" w:lineRule="auto"/>
            </w:pPr>
            <w:r>
              <w:rPr>
                <w:color w:val="2A2A2A"/>
                <w:sz w:val="14"/>
              </w:rPr>
              <w:t>Do not throw anything into the fire.</w:t>
            </w:r>
          </w:p>
        </w:tc>
      </w:tr>
      <w:tr w:rsidR="00473E84" w14:paraId="1F91B626" w14:textId="77777777" w:rsidTr="005B0B50">
        <w:trPr>
          <w:cantSplit/>
          <w:jc w:val="center"/>
        </w:trPr>
        <w:tc>
          <w:tcPr>
            <w:tcW w:w="0" w:type="auto"/>
            <w:tcMar>
              <w:top w:w="45" w:type="dxa"/>
              <w:left w:w="60" w:type="dxa"/>
              <w:bottom w:w="45" w:type="dxa"/>
              <w:right w:w="60" w:type="dxa"/>
            </w:tcMar>
          </w:tcPr>
          <w:p w14:paraId="38335832" w14:textId="77777777" w:rsidR="00473E84" w:rsidRDefault="00000000">
            <w:pPr>
              <w:spacing w:after="24" w:line="240" w:lineRule="auto"/>
            </w:pPr>
            <w:r>
              <w:rPr>
                <w:b/>
                <w:color w:val="46581C"/>
                <w:sz w:val="14"/>
              </w:rPr>
              <w:t>Emergency Meeting point</w:t>
            </w:r>
          </w:p>
        </w:tc>
        <w:tc>
          <w:tcPr>
            <w:tcW w:w="0" w:type="auto"/>
            <w:tcMar>
              <w:top w:w="45" w:type="dxa"/>
              <w:left w:w="60" w:type="dxa"/>
              <w:bottom w:w="45" w:type="dxa"/>
              <w:right w:w="60" w:type="dxa"/>
            </w:tcMar>
          </w:tcPr>
          <w:p w14:paraId="24CB564D" w14:textId="77777777" w:rsidR="00473E84" w:rsidRDefault="00000000">
            <w:pPr>
              <w:spacing w:after="24" w:line="240" w:lineRule="auto"/>
            </w:pPr>
            <w:r>
              <w:rPr>
                <w:color w:val="2A2A2A"/>
                <w:sz w:val="14"/>
              </w:rPr>
              <w:t>For meeting in case of emergency</w:t>
            </w:r>
          </w:p>
        </w:tc>
        <w:tc>
          <w:tcPr>
            <w:tcW w:w="0" w:type="auto"/>
            <w:tcMar>
              <w:top w:w="45" w:type="dxa"/>
              <w:left w:w="60" w:type="dxa"/>
              <w:bottom w:w="45" w:type="dxa"/>
              <w:right w:w="60" w:type="dxa"/>
            </w:tcMar>
          </w:tcPr>
          <w:p w14:paraId="27BA7D2C" w14:textId="77777777" w:rsidR="00473E84" w:rsidRDefault="00000000">
            <w:pPr>
              <w:spacing w:after="24" w:line="240" w:lineRule="auto"/>
            </w:pPr>
            <w:r>
              <w:rPr>
                <w:color w:val="2A2A2A"/>
                <w:sz w:val="14"/>
              </w:rPr>
              <w:t>An area adjacent to site for meeting in case of emergency/unexpected incident/event</w:t>
            </w:r>
          </w:p>
          <w:p w14:paraId="3860D97A" w14:textId="77777777" w:rsidR="00473E84" w:rsidRDefault="00000000">
            <w:pPr>
              <w:spacing w:after="24" w:line="240" w:lineRule="auto"/>
            </w:pPr>
            <w:r>
              <w:rPr>
                <w:color w:val="2A2A2A"/>
                <w:sz w:val="14"/>
              </w:rPr>
              <w:t>Boundary site field outside the gate</w:t>
            </w:r>
          </w:p>
          <w:p w14:paraId="7683E4A6" w14:textId="77777777" w:rsidR="00473E84" w:rsidRDefault="00000000">
            <w:pPr>
              <w:spacing w:after="24" w:line="240" w:lineRule="auto"/>
            </w:pPr>
            <w:r>
              <w:rPr>
                <w:color w:val="2A2A2A"/>
                <w:sz w:val="14"/>
              </w:rPr>
              <w:t>Car park site – Overflow car park</w:t>
            </w:r>
          </w:p>
          <w:p w14:paraId="3CE7B183" w14:textId="77777777" w:rsidR="00473E84" w:rsidRDefault="00000000">
            <w:pPr>
              <w:spacing w:after="24" w:line="240" w:lineRule="auto"/>
            </w:pPr>
            <w:r>
              <w:rPr>
                <w:color w:val="2A2A2A"/>
                <w:sz w:val="14"/>
              </w:rPr>
              <w:t>The Octagon – The grass path next to the shelter</w:t>
            </w:r>
          </w:p>
        </w:tc>
      </w:tr>
      <w:tr w:rsidR="00473E84" w14:paraId="370ECF6B" w14:textId="77777777" w:rsidTr="005B0B50">
        <w:trPr>
          <w:cantSplit/>
          <w:jc w:val="center"/>
        </w:trPr>
        <w:tc>
          <w:tcPr>
            <w:tcW w:w="0" w:type="auto"/>
            <w:shd w:val="clear" w:color="auto" w:fill="F8FAF5"/>
            <w:tcMar>
              <w:top w:w="45" w:type="dxa"/>
              <w:left w:w="60" w:type="dxa"/>
              <w:bottom w:w="45" w:type="dxa"/>
              <w:right w:w="60" w:type="dxa"/>
            </w:tcMar>
          </w:tcPr>
          <w:p w14:paraId="34059530" w14:textId="77777777" w:rsidR="00473E84" w:rsidRDefault="00000000">
            <w:pPr>
              <w:spacing w:after="24" w:line="240" w:lineRule="auto"/>
            </w:pPr>
            <w:r>
              <w:rPr>
                <w:b/>
                <w:color w:val="46581C"/>
                <w:sz w:val="14"/>
              </w:rPr>
              <w:t>Wood burning Stove</w:t>
            </w:r>
          </w:p>
        </w:tc>
        <w:tc>
          <w:tcPr>
            <w:tcW w:w="0" w:type="auto"/>
            <w:shd w:val="clear" w:color="auto" w:fill="F8FAF5"/>
            <w:tcMar>
              <w:top w:w="45" w:type="dxa"/>
              <w:left w:w="60" w:type="dxa"/>
              <w:bottom w:w="45" w:type="dxa"/>
              <w:right w:w="60" w:type="dxa"/>
            </w:tcMar>
          </w:tcPr>
          <w:p w14:paraId="553933EB" w14:textId="77777777" w:rsidR="00473E84" w:rsidRDefault="00000000">
            <w:pPr>
              <w:spacing w:after="24" w:line="240" w:lineRule="auto"/>
            </w:pPr>
            <w:r>
              <w:rPr>
                <w:color w:val="2A2A2A"/>
                <w:sz w:val="14"/>
              </w:rPr>
              <w:t>Burns – because of the heat of fire</w:t>
            </w:r>
          </w:p>
          <w:p w14:paraId="0E89A447" w14:textId="77777777" w:rsidR="00473E84" w:rsidRDefault="00000000">
            <w:pPr>
              <w:spacing w:after="24" w:line="240" w:lineRule="auto"/>
            </w:pPr>
            <w:r>
              <w:rPr>
                <w:color w:val="2A2A2A"/>
                <w:sz w:val="14"/>
              </w:rPr>
              <w:t>Touching hot metal</w:t>
            </w:r>
          </w:p>
          <w:p w14:paraId="516FEC78" w14:textId="77777777" w:rsidR="00473E84" w:rsidRDefault="00000000">
            <w:pPr>
              <w:spacing w:after="24" w:line="240" w:lineRule="auto"/>
            </w:pPr>
            <w:r>
              <w:rPr>
                <w:color w:val="2A2A2A"/>
                <w:sz w:val="14"/>
              </w:rPr>
              <w:t>Spread of fire</w:t>
            </w:r>
          </w:p>
          <w:p w14:paraId="4DCF85AB" w14:textId="77777777" w:rsidR="00473E84" w:rsidRDefault="00000000">
            <w:pPr>
              <w:spacing w:after="24" w:line="240" w:lineRule="auto"/>
            </w:pPr>
            <w:r>
              <w:rPr>
                <w:color w:val="2A2A2A"/>
                <w:sz w:val="14"/>
              </w:rPr>
              <w:t>Loss of resources and facilities</w:t>
            </w:r>
          </w:p>
        </w:tc>
        <w:tc>
          <w:tcPr>
            <w:tcW w:w="0" w:type="auto"/>
            <w:shd w:val="clear" w:color="auto" w:fill="F8FAF5"/>
            <w:tcMar>
              <w:top w:w="45" w:type="dxa"/>
              <w:left w:w="60" w:type="dxa"/>
              <w:bottom w:w="45" w:type="dxa"/>
              <w:right w:w="60" w:type="dxa"/>
            </w:tcMar>
          </w:tcPr>
          <w:p w14:paraId="2D47D54D" w14:textId="77777777" w:rsidR="00473E84" w:rsidRDefault="00000000">
            <w:pPr>
              <w:spacing w:after="24" w:line="240" w:lineRule="auto"/>
            </w:pPr>
            <w:r>
              <w:rPr>
                <w:color w:val="2A2A2A"/>
                <w:sz w:val="14"/>
              </w:rPr>
              <w:t>Make participants aware of dangers and discuss with participants</w:t>
            </w:r>
          </w:p>
          <w:p w14:paraId="37CEBF31" w14:textId="77777777" w:rsidR="00473E84" w:rsidRDefault="00000000">
            <w:pPr>
              <w:spacing w:after="24" w:line="240" w:lineRule="auto"/>
            </w:pPr>
            <w:r>
              <w:rPr>
                <w:color w:val="2A2A2A"/>
                <w:sz w:val="14"/>
              </w:rPr>
              <w:t>.Enforce fire circle etiquettes with children and adults at all times.</w:t>
            </w:r>
          </w:p>
          <w:p w14:paraId="11899AF0" w14:textId="77777777" w:rsidR="00473E84" w:rsidRDefault="00000000">
            <w:pPr>
              <w:spacing w:after="24" w:line="240" w:lineRule="auto"/>
            </w:pPr>
            <w:r>
              <w:rPr>
                <w:color w:val="2A2A2A"/>
                <w:sz w:val="14"/>
              </w:rPr>
              <w:t>Fire circle etiquette –i.e. no one in the circle unless cooking/walk around the outside of circle. No one in circle at all unless cooking on the fire or assisting a child.</w:t>
            </w:r>
          </w:p>
          <w:p w14:paraId="67099E62" w14:textId="77777777" w:rsidR="00473E84" w:rsidRDefault="00000000">
            <w:pPr>
              <w:spacing w:after="24" w:line="240" w:lineRule="auto"/>
            </w:pPr>
            <w:r>
              <w:rPr>
                <w:color w:val="2A2A2A"/>
                <w:sz w:val="14"/>
              </w:rPr>
              <w:t>Supervision</w:t>
            </w:r>
          </w:p>
          <w:p w14:paraId="770E1474" w14:textId="77777777" w:rsidR="00473E84" w:rsidRDefault="00000000">
            <w:pPr>
              <w:spacing w:after="24" w:line="240" w:lineRule="auto"/>
            </w:pPr>
            <w:r>
              <w:rPr>
                <w:color w:val="2A2A2A"/>
                <w:sz w:val="14"/>
              </w:rPr>
              <w:t>Use of gloves</w:t>
            </w:r>
          </w:p>
          <w:p w14:paraId="723393D5" w14:textId="77777777" w:rsidR="00473E84" w:rsidRDefault="00000000">
            <w:pPr>
              <w:spacing w:after="24" w:line="240" w:lineRule="auto"/>
            </w:pPr>
            <w:r>
              <w:rPr>
                <w:color w:val="2A2A2A"/>
                <w:sz w:val="14"/>
              </w:rPr>
              <w:t>Qualified first aiders</w:t>
            </w:r>
          </w:p>
          <w:p w14:paraId="3FBB4F96" w14:textId="77777777" w:rsidR="00473E84" w:rsidRDefault="00000000">
            <w:pPr>
              <w:spacing w:after="24" w:line="240" w:lineRule="auto"/>
            </w:pPr>
            <w:r>
              <w:rPr>
                <w:color w:val="2A2A2A"/>
                <w:sz w:val="14"/>
              </w:rPr>
              <w:t>Distance between fire and seating</w:t>
            </w:r>
          </w:p>
          <w:p w14:paraId="0FE8F50D" w14:textId="77777777" w:rsidR="00473E84" w:rsidRDefault="00000000">
            <w:pPr>
              <w:spacing w:after="24" w:line="240" w:lineRule="auto"/>
            </w:pPr>
            <w:r>
              <w:rPr>
                <w:color w:val="2A2A2A"/>
                <w:sz w:val="14"/>
              </w:rPr>
              <w:t>Movement within circle kept to a minimum</w:t>
            </w:r>
          </w:p>
          <w:p w14:paraId="770DB91A" w14:textId="77777777" w:rsidR="00473E84" w:rsidRDefault="00000000">
            <w:pPr>
              <w:spacing w:after="24" w:line="240" w:lineRule="auto"/>
            </w:pPr>
            <w:r>
              <w:rPr>
                <w:color w:val="2A2A2A"/>
                <w:sz w:val="14"/>
              </w:rPr>
              <w:t>Water available for extinguishing fire and emersion</w:t>
            </w:r>
          </w:p>
          <w:p w14:paraId="6483224A" w14:textId="77777777" w:rsidR="00473E84" w:rsidRDefault="00000000">
            <w:pPr>
              <w:spacing w:after="24" w:line="240" w:lineRule="auto"/>
            </w:pPr>
            <w:r>
              <w:rPr>
                <w:color w:val="2A2A2A"/>
                <w:sz w:val="14"/>
              </w:rPr>
              <w:t>Ensure fire is fully extinguished at the end of each session.</w:t>
            </w:r>
          </w:p>
          <w:p w14:paraId="15C756DD" w14:textId="77777777" w:rsidR="00473E84" w:rsidRDefault="00000000">
            <w:pPr>
              <w:spacing w:after="24" w:line="240" w:lineRule="auto"/>
            </w:pPr>
            <w:r>
              <w:rPr>
                <w:color w:val="2A2A2A"/>
                <w:sz w:val="14"/>
              </w:rPr>
              <w:t>Do not throw anything into the fire.</w:t>
            </w:r>
          </w:p>
          <w:p w14:paraId="1B5C17EE" w14:textId="77777777" w:rsidR="00473E84" w:rsidRDefault="00000000">
            <w:pPr>
              <w:spacing w:after="24" w:line="240" w:lineRule="auto"/>
            </w:pPr>
            <w:r>
              <w:rPr>
                <w:color w:val="2A2A2A"/>
                <w:sz w:val="14"/>
              </w:rPr>
              <w:t>Due to location, use a fire guard when necessary</w:t>
            </w:r>
          </w:p>
        </w:tc>
      </w:tr>
      <w:tr w:rsidR="00473E84" w14:paraId="021A0F41" w14:textId="77777777" w:rsidTr="005B0B50">
        <w:trPr>
          <w:cantSplit/>
          <w:jc w:val="center"/>
        </w:trPr>
        <w:tc>
          <w:tcPr>
            <w:tcW w:w="0" w:type="auto"/>
            <w:tcMar>
              <w:top w:w="45" w:type="dxa"/>
              <w:left w:w="60" w:type="dxa"/>
              <w:bottom w:w="45" w:type="dxa"/>
              <w:right w:w="60" w:type="dxa"/>
            </w:tcMar>
          </w:tcPr>
          <w:p w14:paraId="4E37FA10" w14:textId="77777777" w:rsidR="00473E84" w:rsidRDefault="00000000">
            <w:pPr>
              <w:spacing w:after="24" w:line="240" w:lineRule="auto"/>
            </w:pPr>
            <w:r>
              <w:rPr>
                <w:b/>
                <w:color w:val="46581C"/>
                <w:sz w:val="14"/>
              </w:rPr>
              <w:t>Dogs</w:t>
            </w:r>
          </w:p>
        </w:tc>
        <w:tc>
          <w:tcPr>
            <w:tcW w:w="0" w:type="auto"/>
            <w:tcMar>
              <w:top w:w="45" w:type="dxa"/>
              <w:left w:w="60" w:type="dxa"/>
              <w:bottom w:w="45" w:type="dxa"/>
              <w:right w:w="60" w:type="dxa"/>
            </w:tcMar>
          </w:tcPr>
          <w:p w14:paraId="54810882" w14:textId="77777777" w:rsidR="00473E84" w:rsidRDefault="00000000">
            <w:pPr>
              <w:spacing w:after="24" w:line="240" w:lineRule="auto"/>
            </w:pPr>
            <w:r>
              <w:rPr>
                <w:color w:val="2A2A2A"/>
                <w:sz w:val="14"/>
              </w:rPr>
              <w:t>Bites</w:t>
            </w:r>
          </w:p>
          <w:p w14:paraId="7530551D" w14:textId="77777777" w:rsidR="00473E84" w:rsidRDefault="00000000">
            <w:pPr>
              <w:spacing w:after="24" w:line="240" w:lineRule="auto"/>
            </w:pPr>
            <w:r>
              <w:rPr>
                <w:color w:val="2A2A2A"/>
                <w:sz w:val="14"/>
              </w:rPr>
              <w:t>Frightening participant</w:t>
            </w:r>
          </w:p>
          <w:p w14:paraId="5A3E3D55" w14:textId="77777777" w:rsidR="00473E84" w:rsidRDefault="00000000">
            <w:pPr>
              <w:spacing w:after="24" w:line="240" w:lineRule="auto"/>
            </w:pPr>
            <w:r>
              <w:rPr>
                <w:color w:val="2A2A2A"/>
                <w:sz w:val="14"/>
              </w:rPr>
              <w:t>Knocking over</w:t>
            </w:r>
          </w:p>
          <w:p w14:paraId="20C3D334" w14:textId="77777777" w:rsidR="00473E84" w:rsidRDefault="00000000">
            <w:pPr>
              <w:spacing w:after="24" w:line="240" w:lineRule="auto"/>
            </w:pPr>
            <w:r>
              <w:rPr>
                <w:color w:val="2A2A2A"/>
                <w:sz w:val="14"/>
              </w:rPr>
              <w:t>Farm dogs</w:t>
            </w:r>
          </w:p>
          <w:p w14:paraId="138A25E5" w14:textId="77777777" w:rsidR="00473E84" w:rsidRDefault="00000000">
            <w:pPr>
              <w:spacing w:after="24" w:line="240" w:lineRule="auto"/>
            </w:pPr>
            <w:r>
              <w:rPr>
                <w:color w:val="2A2A2A"/>
                <w:sz w:val="14"/>
              </w:rPr>
              <w:t>Allergies</w:t>
            </w:r>
          </w:p>
          <w:p w14:paraId="35DC77EA" w14:textId="77777777" w:rsidR="00473E84" w:rsidRDefault="00000000">
            <w:pPr>
              <w:spacing w:after="24" w:line="240" w:lineRule="auto"/>
            </w:pPr>
            <w:r>
              <w:rPr>
                <w:color w:val="2A2A2A"/>
                <w:sz w:val="14"/>
              </w:rPr>
              <w:t>Asthma</w:t>
            </w:r>
          </w:p>
        </w:tc>
        <w:tc>
          <w:tcPr>
            <w:tcW w:w="0" w:type="auto"/>
            <w:tcMar>
              <w:top w:w="45" w:type="dxa"/>
              <w:left w:w="60" w:type="dxa"/>
              <w:bottom w:w="45" w:type="dxa"/>
              <w:right w:w="60" w:type="dxa"/>
            </w:tcMar>
          </w:tcPr>
          <w:p w14:paraId="65F12EE9" w14:textId="77777777" w:rsidR="00473E84" w:rsidRDefault="00000000">
            <w:pPr>
              <w:spacing w:after="24" w:line="240" w:lineRule="auto"/>
            </w:pPr>
            <w:r>
              <w:rPr>
                <w:color w:val="2A2A2A"/>
                <w:sz w:val="14"/>
              </w:rPr>
              <w:t>All dogs to be on leads unless Bodenham staff dogs/working animals.</w:t>
            </w:r>
          </w:p>
          <w:p w14:paraId="70A197DA" w14:textId="77777777" w:rsidR="00473E84" w:rsidRDefault="00000000">
            <w:pPr>
              <w:spacing w:after="24" w:line="240" w:lineRule="auto"/>
            </w:pPr>
            <w:r>
              <w:rPr>
                <w:color w:val="2A2A2A"/>
                <w:sz w:val="14"/>
              </w:rPr>
              <w:t>Farm dogs to be sent away with verbal instruction and children asked not to touch/stroke/pet dogs.</w:t>
            </w:r>
          </w:p>
          <w:p w14:paraId="024B8607" w14:textId="77777777" w:rsidR="00473E84" w:rsidRDefault="00000000">
            <w:pPr>
              <w:spacing w:after="24" w:line="240" w:lineRule="auto"/>
            </w:pPr>
            <w:r>
              <w:rPr>
                <w:color w:val="2A2A2A"/>
                <w:sz w:val="14"/>
              </w:rPr>
              <w:t>If visitors dogs are not on lead, the must be requested to put their dog on a lead. Or if they do not comply or no owner is to be found . Farm/arboretum staff to be informed immediately to protect visitors and livestock.</w:t>
            </w:r>
          </w:p>
          <w:p w14:paraId="26616986" w14:textId="77777777" w:rsidR="00473E84" w:rsidRDefault="00000000">
            <w:pPr>
              <w:spacing w:after="24" w:line="240" w:lineRule="auto"/>
            </w:pPr>
            <w:r>
              <w:rPr>
                <w:color w:val="2A2A2A"/>
                <w:sz w:val="14"/>
              </w:rPr>
              <w:t>Dogs to only be allowed on site at FSL discretion. To be kept on tight lead and under strict control . No dogs within the fire circle</w:t>
            </w:r>
          </w:p>
        </w:tc>
      </w:tr>
      <w:tr w:rsidR="00473E84" w14:paraId="090CD86F" w14:textId="77777777" w:rsidTr="005B0B50">
        <w:trPr>
          <w:cantSplit/>
          <w:jc w:val="center"/>
        </w:trPr>
        <w:tc>
          <w:tcPr>
            <w:tcW w:w="0" w:type="auto"/>
            <w:shd w:val="clear" w:color="auto" w:fill="F8FAF5"/>
            <w:tcMar>
              <w:top w:w="45" w:type="dxa"/>
              <w:left w:w="60" w:type="dxa"/>
              <w:bottom w:w="45" w:type="dxa"/>
              <w:right w:w="60" w:type="dxa"/>
            </w:tcMar>
          </w:tcPr>
          <w:p w14:paraId="3CC7E55D" w14:textId="77777777" w:rsidR="00473E84" w:rsidRDefault="00000000">
            <w:pPr>
              <w:spacing w:after="24" w:line="240" w:lineRule="auto"/>
            </w:pPr>
            <w:r>
              <w:rPr>
                <w:b/>
                <w:color w:val="46581C"/>
                <w:sz w:val="14"/>
              </w:rPr>
              <w:t>Farm animals</w:t>
            </w:r>
          </w:p>
          <w:p w14:paraId="5BB6F5D4" w14:textId="77777777" w:rsidR="00473E84" w:rsidRDefault="00000000">
            <w:pPr>
              <w:spacing w:after="24" w:line="240" w:lineRule="auto"/>
            </w:pPr>
            <w:r>
              <w:rPr>
                <w:b/>
                <w:color w:val="46581C"/>
                <w:sz w:val="14"/>
              </w:rPr>
              <w:t>(see also generic site risk assessment and specific risk assessments)</w:t>
            </w:r>
          </w:p>
          <w:p w14:paraId="1501BD14" w14:textId="77777777" w:rsidR="00473E84" w:rsidRDefault="00000000">
            <w:pPr>
              <w:spacing w:after="24" w:line="240" w:lineRule="auto"/>
            </w:pPr>
            <w:r>
              <w:rPr>
                <w:b/>
                <w:color w:val="46581C"/>
                <w:sz w:val="14"/>
              </w:rPr>
              <w:t>Cows</w:t>
            </w:r>
          </w:p>
          <w:p w14:paraId="7EBF73CA" w14:textId="77777777" w:rsidR="00473E84" w:rsidRDefault="00000000">
            <w:pPr>
              <w:spacing w:after="24" w:line="240" w:lineRule="auto"/>
            </w:pPr>
            <w:r>
              <w:rPr>
                <w:b/>
                <w:color w:val="46581C"/>
                <w:sz w:val="14"/>
              </w:rPr>
              <w:t>Sheep/Pigs</w:t>
            </w:r>
          </w:p>
          <w:p w14:paraId="11CA102F" w14:textId="77777777" w:rsidR="00473E84" w:rsidRDefault="00000000">
            <w:pPr>
              <w:spacing w:after="24" w:line="240" w:lineRule="auto"/>
            </w:pPr>
            <w:r>
              <w:rPr>
                <w:b/>
                <w:color w:val="46581C"/>
                <w:sz w:val="14"/>
              </w:rPr>
              <w:t>Donkeys/Chickens</w:t>
            </w:r>
          </w:p>
        </w:tc>
        <w:tc>
          <w:tcPr>
            <w:tcW w:w="0" w:type="auto"/>
            <w:shd w:val="clear" w:color="auto" w:fill="F8FAF5"/>
            <w:tcMar>
              <w:top w:w="45" w:type="dxa"/>
              <w:left w:w="60" w:type="dxa"/>
              <w:bottom w:w="45" w:type="dxa"/>
              <w:right w:w="60" w:type="dxa"/>
            </w:tcMar>
          </w:tcPr>
          <w:p w14:paraId="0FDBA209" w14:textId="77777777" w:rsidR="00473E84" w:rsidRDefault="00000000">
            <w:pPr>
              <w:spacing w:after="24" w:line="240" w:lineRule="auto"/>
            </w:pPr>
            <w:r>
              <w:rPr>
                <w:color w:val="2A2A2A"/>
                <w:sz w:val="14"/>
              </w:rPr>
              <w:t>Farm animals – frightening / scaring animals so as to panic and injure themselves or participants</w:t>
            </w:r>
          </w:p>
          <w:p w14:paraId="77E3E744" w14:textId="77777777" w:rsidR="00473E84" w:rsidRDefault="00000000">
            <w:pPr>
              <w:spacing w:after="24" w:line="240" w:lineRule="auto"/>
            </w:pPr>
            <w:r>
              <w:rPr>
                <w:color w:val="2A2A2A"/>
                <w:sz w:val="14"/>
              </w:rPr>
              <w:t>Kicking/Kicks Bites, Scratches</w:t>
            </w:r>
          </w:p>
          <w:p w14:paraId="7D2C1E26" w14:textId="77777777" w:rsidR="00473E84" w:rsidRDefault="00000000">
            <w:pPr>
              <w:spacing w:after="24" w:line="240" w:lineRule="auto"/>
            </w:pPr>
            <w:r>
              <w:rPr>
                <w:color w:val="2A2A2A"/>
                <w:sz w:val="14"/>
              </w:rPr>
              <w:t>Contact with animals, pens fences and food</w:t>
            </w:r>
          </w:p>
          <w:p w14:paraId="208DA127" w14:textId="77777777" w:rsidR="00473E84" w:rsidRDefault="00000000">
            <w:pPr>
              <w:spacing w:after="24" w:line="240" w:lineRule="auto"/>
            </w:pPr>
            <w:r>
              <w:rPr>
                <w:color w:val="2A2A2A"/>
                <w:sz w:val="14"/>
              </w:rPr>
              <w:t>Zoonosis –Diseases/bacteria  toxoplasmosis and listeriosis  ORF       Waterborne diseases - Leptospirosis</w:t>
            </w:r>
          </w:p>
          <w:p w14:paraId="746C06B1" w14:textId="77777777" w:rsidR="00473E84" w:rsidRDefault="00000000">
            <w:pPr>
              <w:spacing w:after="24" w:line="240" w:lineRule="auto"/>
            </w:pPr>
            <w:r>
              <w:rPr>
                <w:color w:val="2A2A2A"/>
                <w:sz w:val="14"/>
              </w:rPr>
              <w:t>Trampling Setting loose</w:t>
            </w:r>
          </w:p>
          <w:p w14:paraId="6F49B6F9" w14:textId="77777777" w:rsidR="00473E84" w:rsidRDefault="00000000">
            <w:pPr>
              <w:spacing w:after="24" w:line="240" w:lineRule="auto"/>
            </w:pPr>
            <w:r>
              <w:rPr>
                <w:color w:val="2A2A2A"/>
                <w:sz w:val="14"/>
              </w:rPr>
              <w:t>To Pregnant women - chlamydiosis , toxoplasmosis and listeriosis affecting health of mother and unborn baby.</w:t>
            </w:r>
          </w:p>
        </w:tc>
        <w:tc>
          <w:tcPr>
            <w:tcW w:w="0" w:type="auto"/>
            <w:shd w:val="clear" w:color="auto" w:fill="F8FAF5"/>
            <w:tcMar>
              <w:top w:w="45" w:type="dxa"/>
              <w:left w:w="60" w:type="dxa"/>
              <w:bottom w:w="45" w:type="dxa"/>
              <w:right w:w="60" w:type="dxa"/>
            </w:tcMar>
          </w:tcPr>
          <w:p w14:paraId="79FD6644" w14:textId="77777777" w:rsidR="00473E84" w:rsidRDefault="00000000">
            <w:pPr>
              <w:spacing w:after="24" w:line="240" w:lineRule="auto"/>
            </w:pPr>
            <w:r>
              <w:rPr>
                <w:color w:val="2A2A2A"/>
                <w:sz w:val="14"/>
              </w:rPr>
              <w:t>Avoid animal fields if practical and possible</w:t>
            </w:r>
          </w:p>
          <w:p w14:paraId="094929A1" w14:textId="77777777" w:rsidR="00473E84" w:rsidRDefault="00000000">
            <w:pPr>
              <w:spacing w:after="24" w:line="240" w:lineRule="auto"/>
            </w:pPr>
            <w:r>
              <w:rPr>
                <w:color w:val="2A2A2A"/>
                <w:sz w:val="14"/>
              </w:rPr>
              <w:t>Ensure all gates are shut immediately after use</w:t>
            </w:r>
          </w:p>
          <w:p w14:paraId="56CEC0C1" w14:textId="77777777" w:rsidR="00473E84" w:rsidRDefault="00000000">
            <w:pPr>
              <w:spacing w:after="24" w:line="240" w:lineRule="auto"/>
            </w:pPr>
            <w:r>
              <w:rPr>
                <w:color w:val="2A2A2A"/>
                <w:sz w:val="14"/>
              </w:rPr>
              <w:t>Hand washing available</w:t>
            </w:r>
          </w:p>
          <w:p w14:paraId="54C59FF4" w14:textId="77777777" w:rsidR="00473E84" w:rsidRDefault="00000000">
            <w:pPr>
              <w:spacing w:after="24" w:line="240" w:lineRule="auto"/>
            </w:pPr>
            <w:r>
              <w:rPr>
                <w:color w:val="2A2A2A"/>
                <w:sz w:val="14"/>
              </w:rPr>
              <w:t>Avoid walking through livestock areas unless necessary</w:t>
            </w:r>
          </w:p>
          <w:p w14:paraId="3C962670" w14:textId="77777777" w:rsidR="00473E84" w:rsidRDefault="00000000">
            <w:pPr>
              <w:spacing w:after="24" w:line="240" w:lineRule="auto"/>
            </w:pPr>
            <w:r>
              <w:rPr>
                <w:color w:val="2A2A2A"/>
                <w:sz w:val="14"/>
              </w:rPr>
              <w:t>If walking through a livestock area if necessary ask group to stick together not to run or shout.</w:t>
            </w:r>
          </w:p>
          <w:p w14:paraId="674D6583" w14:textId="77777777" w:rsidR="00473E84" w:rsidRDefault="00000000">
            <w:pPr>
              <w:spacing w:after="24" w:line="240" w:lineRule="auto"/>
            </w:pPr>
            <w:r>
              <w:rPr>
                <w:color w:val="2A2A2A"/>
                <w:sz w:val="14"/>
              </w:rPr>
              <w:t>Warn participants that the animals can bite and avoid direct contact where necessary.</w:t>
            </w:r>
          </w:p>
          <w:p w14:paraId="1F3C2FBA" w14:textId="77777777" w:rsidR="00473E84" w:rsidRDefault="00000000">
            <w:pPr>
              <w:spacing w:after="24" w:line="240" w:lineRule="auto"/>
            </w:pPr>
            <w:r>
              <w:rPr>
                <w:color w:val="2A2A2A"/>
                <w:sz w:val="14"/>
              </w:rPr>
              <w:t>Where necessary avoid animal enclosures and contact  Advise pregnant women that they should avoid contact with the farm animals and must not come into contact with lambing/calving animals.</w:t>
            </w:r>
          </w:p>
          <w:p w14:paraId="62FFC3F1" w14:textId="77777777" w:rsidR="00473E84" w:rsidRDefault="00000000">
            <w:pPr>
              <w:spacing w:after="24" w:line="240" w:lineRule="auto"/>
            </w:pPr>
            <w:r>
              <w:rPr>
                <w:color w:val="2A2A2A"/>
                <w:sz w:val="14"/>
              </w:rPr>
              <w:t>Wash hands thoroughly after coming into contact with livestock ,feed or pens</w:t>
            </w:r>
          </w:p>
        </w:tc>
      </w:tr>
      <w:tr w:rsidR="00473E84" w14:paraId="0BE286C6" w14:textId="77777777" w:rsidTr="005B0B50">
        <w:trPr>
          <w:cantSplit/>
          <w:jc w:val="center"/>
        </w:trPr>
        <w:tc>
          <w:tcPr>
            <w:tcW w:w="0" w:type="auto"/>
            <w:tcMar>
              <w:top w:w="45" w:type="dxa"/>
              <w:left w:w="60" w:type="dxa"/>
              <w:bottom w:w="45" w:type="dxa"/>
              <w:right w:w="60" w:type="dxa"/>
            </w:tcMar>
          </w:tcPr>
          <w:p w14:paraId="4CD7D2AB" w14:textId="77777777" w:rsidR="00473E84" w:rsidRDefault="00000000">
            <w:pPr>
              <w:spacing w:after="24" w:line="240" w:lineRule="auto"/>
            </w:pPr>
            <w:r>
              <w:rPr>
                <w:b/>
                <w:color w:val="46581C"/>
                <w:sz w:val="14"/>
              </w:rPr>
              <w:t>Stream and Pools</w:t>
            </w:r>
          </w:p>
        </w:tc>
        <w:tc>
          <w:tcPr>
            <w:tcW w:w="0" w:type="auto"/>
            <w:tcMar>
              <w:top w:w="45" w:type="dxa"/>
              <w:left w:w="60" w:type="dxa"/>
              <w:bottom w:w="45" w:type="dxa"/>
              <w:right w:w="60" w:type="dxa"/>
            </w:tcMar>
          </w:tcPr>
          <w:p w14:paraId="0EB9DABE" w14:textId="77777777" w:rsidR="00473E84" w:rsidRDefault="00000000">
            <w:pPr>
              <w:spacing w:after="24" w:line="240" w:lineRule="auto"/>
            </w:pPr>
            <w:r>
              <w:rPr>
                <w:color w:val="2A2A2A"/>
                <w:sz w:val="14"/>
              </w:rPr>
              <w:t>Drowning</w:t>
            </w:r>
          </w:p>
        </w:tc>
        <w:tc>
          <w:tcPr>
            <w:tcW w:w="0" w:type="auto"/>
            <w:tcMar>
              <w:top w:w="45" w:type="dxa"/>
              <w:left w:w="60" w:type="dxa"/>
              <w:bottom w:w="45" w:type="dxa"/>
              <w:right w:w="60" w:type="dxa"/>
            </w:tcMar>
          </w:tcPr>
          <w:p w14:paraId="0B095EBA" w14:textId="77777777" w:rsidR="00473E84" w:rsidRDefault="00000000">
            <w:pPr>
              <w:spacing w:after="24" w:line="240" w:lineRule="auto"/>
            </w:pPr>
            <w:r>
              <w:rPr>
                <w:color w:val="2A2A2A"/>
                <w:sz w:val="14"/>
              </w:rPr>
              <w:t>Make participants and supervisors aware of the dangers</w:t>
            </w:r>
          </w:p>
          <w:p w14:paraId="0183C5CA" w14:textId="77777777" w:rsidR="00473E84" w:rsidRDefault="00000000">
            <w:pPr>
              <w:spacing w:after="24" w:line="240" w:lineRule="auto"/>
            </w:pPr>
            <w:r>
              <w:rPr>
                <w:color w:val="2A2A2A"/>
                <w:sz w:val="14"/>
              </w:rPr>
              <w:t>Supervision.</w:t>
            </w:r>
          </w:p>
          <w:p w14:paraId="37477D0C" w14:textId="77777777" w:rsidR="00473E84" w:rsidRDefault="00000000">
            <w:pPr>
              <w:spacing w:after="24" w:line="240" w:lineRule="auto"/>
            </w:pPr>
            <w:r>
              <w:rPr>
                <w:color w:val="2A2A2A"/>
                <w:sz w:val="14"/>
              </w:rPr>
              <w:t>Adequate adult child ratio</w:t>
            </w:r>
          </w:p>
          <w:p w14:paraId="4C9504B6" w14:textId="77777777" w:rsidR="00473E84" w:rsidRDefault="00000000">
            <w:pPr>
              <w:spacing w:after="24" w:line="240" w:lineRule="auto"/>
            </w:pPr>
            <w:r>
              <w:rPr>
                <w:color w:val="2A2A2A"/>
                <w:sz w:val="14"/>
              </w:rPr>
              <w:t>Boundaries ensure that the participants are aware of them. (They need not be physical)</w:t>
            </w:r>
          </w:p>
        </w:tc>
      </w:tr>
      <w:tr w:rsidR="00473E84" w14:paraId="692F6FFC" w14:textId="77777777" w:rsidTr="005B0B50">
        <w:trPr>
          <w:cantSplit/>
          <w:jc w:val="center"/>
        </w:trPr>
        <w:tc>
          <w:tcPr>
            <w:tcW w:w="0" w:type="auto"/>
            <w:shd w:val="clear" w:color="auto" w:fill="F8FAF5"/>
            <w:tcMar>
              <w:top w:w="45" w:type="dxa"/>
              <w:left w:w="60" w:type="dxa"/>
              <w:bottom w:w="45" w:type="dxa"/>
              <w:right w:w="60" w:type="dxa"/>
            </w:tcMar>
          </w:tcPr>
          <w:p w14:paraId="0C590671" w14:textId="77777777" w:rsidR="00473E84" w:rsidRDefault="00000000">
            <w:pPr>
              <w:spacing w:after="24" w:line="240" w:lineRule="auto"/>
            </w:pPr>
            <w:r>
              <w:rPr>
                <w:b/>
                <w:color w:val="46581C"/>
                <w:sz w:val="14"/>
              </w:rPr>
              <w:lastRenderedPageBreak/>
              <w:t>Cattle Grid</w:t>
            </w:r>
          </w:p>
        </w:tc>
        <w:tc>
          <w:tcPr>
            <w:tcW w:w="0" w:type="auto"/>
            <w:shd w:val="clear" w:color="auto" w:fill="F8FAF5"/>
            <w:tcMar>
              <w:top w:w="45" w:type="dxa"/>
              <w:left w:w="60" w:type="dxa"/>
              <w:bottom w:w="45" w:type="dxa"/>
              <w:right w:w="60" w:type="dxa"/>
            </w:tcMar>
          </w:tcPr>
          <w:p w14:paraId="4E58CC7B" w14:textId="77777777" w:rsidR="00473E84" w:rsidRDefault="00000000">
            <w:pPr>
              <w:spacing w:after="24" w:line="240" w:lineRule="auto"/>
            </w:pPr>
            <w:r>
              <w:rPr>
                <w:color w:val="2A2A2A"/>
                <w:sz w:val="14"/>
              </w:rPr>
              <w:t>Slip and Trip</w:t>
            </w:r>
          </w:p>
        </w:tc>
        <w:tc>
          <w:tcPr>
            <w:tcW w:w="0" w:type="auto"/>
            <w:shd w:val="clear" w:color="auto" w:fill="F8FAF5"/>
            <w:tcMar>
              <w:top w:w="45" w:type="dxa"/>
              <w:left w:w="60" w:type="dxa"/>
              <w:bottom w:w="45" w:type="dxa"/>
              <w:right w:w="60" w:type="dxa"/>
            </w:tcMar>
          </w:tcPr>
          <w:p w14:paraId="3FA963B3" w14:textId="77777777" w:rsidR="00473E84" w:rsidRDefault="00000000">
            <w:pPr>
              <w:spacing w:after="24" w:line="240" w:lineRule="auto"/>
            </w:pPr>
            <w:r>
              <w:rPr>
                <w:color w:val="2A2A2A"/>
                <w:sz w:val="14"/>
              </w:rPr>
              <w:t>Tell participants to use gate  the side gate</w:t>
            </w:r>
          </w:p>
          <w:p w14:paraId="60629BC6" w14:textId="77777777" w:rsidR="00473E84" w:rsidRDefault="00000000">
            <w:pPr>
              <w:spacing w:after="24" w:line="240" w:lineRule="auto"/>
            </w:pPr>
            <w:r>
              <w:rPr>
                <w:color w:val="2A2A2A"/>
                <w:sz w:val="14"/>
              </w:rPr>
              <w:t>Do not cross the cattle grids on foot.</w:t>
            </w:r>
          </w:p>
          <w:p w14:paraId="41FEDB4A" w14:textId="77777777" w:rsidR="00473E84" w:rsidRDefault="00000000">
            <w:pPr>
              <w:spacing w:after="24" w:line="240" w:lineRule="auto"/>
            </w:pPr>
            <w:r>
              <w:rPr>
                <w:color w:val="2A2A2A"/>
                <w:sz w:val="14"/>
              </w:rPr>
              <w:t>Use the adjacent gates and access points</w:t>
            </w:r>
          </w:p>
        </w:tc>
      </w:tr>
      <w:tr w:rsidR="00473E84" w14:paraId="582E5865" w14:textId="77777777" w:rsidTr="005B0B50">
        <w:trPr>
          <w:cantSplit/>
          <w:jc w:val="center"/>
        </w:trPr>
        <w:tc>
          <w:tcPr>
            <w:tcW w:w="0" w:type="auto"/>
            <w:tcMar>
              <w:top w:w="45" w:type="dxa"/>
              <w:left w:w="60" w:type="dxa"/>
              <w:bottom w:w="45" w:type="dxa"/>
              <w:right w:w="60" w:type="dxa"/>
            </w:tcMar>
          </w:tcPr>
          <w:p w14:paraId="5BE80909" w14:textId="77777777" w:rsidR="00473E84" w:rsidRDefault="00000000">
            <w:pPr>
              <w:spacing w:after="24" w:line="240" w:lineRule="auto"/>
            </w:pPr>
            <w:r>
              <w:rPr>
                <w:b/>
                <w:color w:val="46581C"/>
                <w:sz w:val="14"/>
              </w:rPr>
              <w:t>Other</w:t>
            </w:r>
          </w:p>
        </w:tc>
        <w:tc>
          <w:tcPr>
            <w:tcW w:w="0" w:type="auto"/>
            <w:tcMar>
              <w:top w:w="45" w:type="dxa"/>
              <w:left w:w="60" w:type="dxa"/>
              <w:bottom w:w="45" w:type="dxa"/>
              <w:right w:w="60" w:type="dxa"/>
            </w:tcMar>
          </w:tcPr>
          <w:p w14:paraId="6FAF8D16" w14:textId="77777777" w:rsidR="00473E84" w:rsidRDefault="00000000">
            <w:pPr>
              <w:spacing w:after="24" w:line="240" w:lineRule="auto"/>
            </w:pPr>
            <w:r>
              <w:rPr>
                <w:color w:val="2A2A2A"/>
                <w:sz w:val="14"/>
              </w:rPr>
              <w:t>No significant other identified at this point in the assessment</w:t>
            </w:r>
          </w:p>
        </w:tc>
        <w:tc>
          <w:tcPr>
            <w:tcW w:w="0" w:type="auto"/>
            <w:tcMar>
              <w:top w:w="45" w:type="dxa"/>
              <w:left w:w="60" w:type="dxa"/>
              <w:bottom w:w="45" w:type="dxa"/>
              <w:right w:w="60" w:type="dxa"/>
            </w:tcMar>
          </w:tcPr>
          <w:p w14:paraId="3CC477A2" w14:textId="77777777" w:rsidR="00473E84" w:rsidRDefault="00000000">
            <w:pPr>
              <w:spacing w:after="24" w:line="240" w:lineRule="auto"/>
            </w:pPr>
            <w:r>
              <w:rPr>
                <w:color w:val="2A2A2A"/>
                <w:sz w:val="14"/>
              </w:rPr>
              <w:t>Continuous monitoring and re assessment throughout use of sites</w:t>
            </w:r>
          </w:p>
        </w:tc>
      </w:tr>
    </w:tbl>
    <w:p w14:paraId="0501ECAB" w14:textId="77777777" w:rsidR="00473E84" w:rsidRDefault="00000000">
      <w:pPr>
        <w:spacing w:before="100" w:after="40"/>
      </w:pPr>
      <w:r>
        <w:rPr>
          <w:b/>
          <w:color w:val="46581C"/>
          <w:sz w:val="19"/>
        </w:rPr>
        <w:t>Notes applying to this assessment</w:t>
      </w:r>
    </w:p>
    <w:p w14:paraId="35E104A9" w14:textId="77777777" w:rsidR="00473E84" w:rsidRDefault="00000000">
      <w:pPr>
        <w:pStyle w:val="TWOBody"/>
        <w:spacing w:after="60"/>
      </w:pPr>
      <w:r>
        <w:rPr>
          <w:sz w:val="16"/>
        </w:rPr>
        <w:t>* With all activities it is taken that a qualified OCN Level 3 qualified Forest School leader is present running the session and that leader holds a current first aid qualification, an enhanced CRB certificate, a level 2 food hygiene certificate and Public Liability Insurance. The Forest school leader expects teachers/parents to bring medical information and medication and ensure that this is held with the adult in charge of the child at all times.  The Forest school leader requests that any medical conditions are brought to their attention before the start of the session.</w:t>
      </w:r>
      <w:r>
        <w:rPr>
          <w:sz w:val="16"/>
        </w:rPr>
        <w:br/>
        <w:t>Risk assessment to be read in conjunction with Site Risk assessment, individual activity and specific hazard risk assessments and the Policies and Procedures. Available on request</w:t>
      </w:r>
    </w:p>
    <w:p w14:paraId="147C8523" w14:textId="77777777" w:rsidR="00473E84" w:rsidRDefault="00000000">
      <w:pPr>
        <w:pStyle w:val="TWOBody"/>
        <w:spacing w:after="60"/>
      </w:pPr>
      <w:r>
        <w:rPr>
          <w:sz w:val="16"/>
        </w:rPr>
        <w:t>Due to the nature of the site and the activities, this risk assessment will be evaluated throughout the year and through the course of the visit and adjustments made as and when necessary to adapt to the situation and group</w:t>
      </w:r>
    </w:p>
    <w:p w14:paraId="080C5CF8" w14:textId="77777777" w:rsidR="00473E84" w:rsidRDefault="00000000">
      <w:pPr>
        <w:pStyle w:val="TWOBody"/>
        <w:spacing w:after="60"/>
      </w:pPr>
      <w:r>
        <w:rPr>
          <w:sz w:val="16"/>
        </w:rPr>
        <w:t xml:space="preserve">N.B All children and staff should be dressed appropriately in activity clothes with sturdy shoes/ boots, wellies if wet as the site can get very muddy.  </w:t>
      </w:r>
      <w:r>
        <w:rPr>
          <w:sz w:val="16"/>
        </w:rPr>
        <w:br/>
        <w:t xml:space="preserve">For Forest School long sleeves and trousers are essential.  Everyone should bring waterproof clothing, a change of clothes and wear activity clothes. </w:t>
      </w:r>
      <w:r>
        <w:rPr>
          <w:sz w:val="16"/>
        </w:rPr>
        <w:br/>
        <w:t>If staying over lunch time bring a packed lunch and a drink.</w:t>
      </w:r>
      <w:r>
        <w:rPr>
          <w:sz w:val="16"/>
        </w:rPr>
        <w:br/>
        <w:t>Group leaders, you are encouraged to visit the Arboretum, with a colleague to carry out your own risk assessment prior to your visit.</w:t>
      </w:r>
    </w:p>
    <w:p w14:paraId="5D5753FC" w14:textId="77777777" w:rsidR="00473E84" w:rsidRDefault="00473E84">
      <w:pPr>
        <w:sectPr w:rsidR="00473E84">
          <w:pgSz w:w="15840" w:h="12240" w:orient="landscape"/>
          <w:pgMar w:top="652" w:right="652" w:bottom="652" w:left="652" w:header="340" w:footer="397" w:gutter="0"/>
          <w:cols w:space="720"/>
          <w:docGrid w:linePitch="360"/>
        </w:sectPr>
      </w:pPr>
    </w:p>
    <w:p w14:paraId="7A3DC5BB" w14:textId="77777777" w:rsidR="00473E84" w:rsidRDefault="00000000">
      <w:pPr>
        <w:spacing w:after="60"/>
        <w:jc w:val="center"/>
      </w:pPr>
      <w:r>
        <w:rPr>
          <w:noProof/>
        </w:rPr>
        <w:lastRenderedPageBreak/>
        <w:drawing>
          <wp:inline distT="0" distB="0" distL="0" distR="0" wp14:anchorId="69A9886F" wp14:editId="67E3C430">
            <wp:extent cx="1504950" cy="1504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stretch>
                      <a:fillRect/>
                    </a:stretch>
                  </pic:blipFill>
                  <pic:spPr>
                    <a:xfrm>
                      <a:off x="0" y="0"/>
                      <a:ext cx="1505648" cy="1505648"/>
                    </a:xfrm>
                    <a:prstGeom prst="rect">
                      <a:avLst/>
                    </a:prstGeom>
                  </pic:spPr>
                </pic:pic>
              </a:graphicData>
            </a:graphic>
          </wp:inline>
        </w:drawing>
      </w:r>
    </w:p>
    <w:p w14:paraId="2ED7994F" w14:textId="77777777" w:rsidR="00473E84" w:rsidRDefault="00000000">
      <w:pPr>
        <w:spacing w:after="60"/>
        <w:jc w:val="center"/>
      </w:pPr>
      <w:r>
        <w:rPr>
          <w:b/>
          <w:color w:val="9A541C"/>
          <w:sz w:val="22"/>
        </w:rPr>
        <w:t>INFORMATION FOR PARENTS &amp; CARERS</w:t>
      </w:r>
    </w:p>
    <w:p w14:paraId="202147A3" w14:textId="77777777" w:rsidR="00473E84" w:rsidRDefault="00000000">
      <w:pPr>
        <w:spacing w:after="200"/>
        <w:jc w:val="center"/>
      </w:pPr>
      <w:r>
        <w:rPr>
          <w:rFonts w:ascii="Aptos Display" w:hAnsi="Aptos Display"/>
          <w:b/>
          <w:color w:val="46581C"/>
          <w:sz w:val="40"/>
        </w:rPr>
        <w:t>Your child’s visit to The World Outside</w:t>
      </w:r>
    </w:p>
    <w:p w14:paraId="37C60D2F" w14:textId="77777777" w:rsidR="00473E84" w:rsidRPr="00F5287B" w:rsidRDefault="00000000">
      <w:pPr>
        <w:pStyle w:val="TWOBody"/>
        <w:spacing w:after="60"/>
        <w:jc w:val="center"/>
        <w:rPr>
          <w:sz w:val="22"/>
          <w:szCs w:val="24"/>
        </w:rPr>
      </w:pPr>
      <w:r w:rsidRPr="00F5287B">
        <w:rPr>
          <w:sz w:val="22"/>
          <w:szCs w:val="24"/>
        </w:rPr>
        <w:t>We are looking forward to welcoming your child to The World Outside at Bodenham Arboretum. Their visit will give them opportunities to explore, learn and take part in practical activities in a natural woodland setting.</w:t>
      </w:r>
    </w:p>
    <w:p w14:paraId="43F49D2A" w14:textId="77777777" w:rsidR="00473E84" w:rsidRPr="00F5287B" w:rsidRDefault="00000000">
      <w:pPr>
        <w:pStyle w:val="TWOBody"/>
        <w:spacing w:after="60"/>
        <w:rPr>
          <w:sz w:val="22"/>
          <w:szCs w:val="24"/>
        </w:rPr>
      </w:pPr>
      <w:r w:rsidRPr="00F5287B">
        <w:rPr>
          <w:sz w:val="22"/>
          <w:szCs w:val="24"/>
        </w:rPr>
        <w:t>We spend most of the session outdoors whatever the weather, so suitable clothing makes a huge difference to how comfortable and involved children can be.</w:t>
      </w:r>
    </w:p>
    <w:p w14:paraId="3266874D" w14:textId="77777777" w:rsidR="00F5287B" w:rsidRPr="00F5287B" w:rsidRDefault="00F5287B">
      <w:pPr>
        <w:pStyle w:val="TWOBody"/>
        <w:spacing w:after="60"/>
        <w:rPr>
          <w:sz w:val="22"/>
          <w:szCs w:val="24"/>
        </w:rPr>
      </w:pPr>
    </w:p>
    <w:p w14:paraId="1A3E2CFA" w14:textId="77777777" w:rsidR="00473E84" w:rsidRPr="00F5287B" w:rsidRDefault="00000000">
      <w:pPr>
        <w:pStyle w:val="TWOHeading2"/>
        <w:rPr>
          <w:sz w:val="32"/>
          <w:szCs w:val="24"/>
        </w:rPr>
      </w:pPr>
      <w:r w:rsidRPr="00F5287B">
        <w:rPr>
          <w:sz w:val="32"/>
          <w:szCs w:val="24"/>
        </w:rPr>
        <w:t>Please send your child with:</w:t>
      </w:r>
    </w:p>
    <w:p w14:paraId="5E5028B1"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Long trousers and long sleeves</w:t>
      </w:r>
      <w:r w:rsidRPr="00F5287B">
        <w:rPr>
          <w:sz w:val="22"/>
          <w:szCs w:val="24"/>
        </w:rPr>
        <w:t xml:space="preserve"> – essential for Forest School activities and protection outdoors.</w:t>
      </w:r>
    </w:p>
    <w:p w14:paraId="4435FF25"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Warm layers</w:t>
      </w:r>
      <w:r w:rsidRPr="00F5287B">
        <w:rPr>
          <w:sz w:val="22"/>
          <w:szCs w:val="24"/>
        </w:rPr>
        <w:t xml:space="preserve"> – including an extra jumper when the weather is cool.</w:t>
      </w:r>
    </w:p>
    <w:p w14:paraId="6689F70B"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Waterproof clothing</w:t>
      </w:r>
      <w:r w:rsidRPr="00F5287B">
        <w:rPr>
          <w:sz w:val="22"/>
          <w:szCs w:val="24"/>
        </w:rPr>
        <w:t xml:space="preserve"> – a waterproof coat and, if available, waterproof trousers.</w:t>
      </w:r>
    </w:p>
    <w:p w14:paraId="55D76192"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Sturdy closed-toe footwear</w:t>
      </w:r>
      <w:r w:rsidRPr="00F5287B">
        <w:rPr>
          <w:sz w:val="22"/>
          <w:szCs w:val="24"/>
        </w:rPr>
        <w:t xml:space="preserve"> – walking boots, sturdy trainers or wellingtons.</w:t>
      </w:r>
    </w:p>
    <w:p w14:paraId="42C7128D"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Packed lunch and drinks</w:t>
      </w:r>
      <w:r w:rsidRPr="00F5287B">
        <w:rPr>
          <w:sz w:val="22"/>
          <w:szCs w:val="24"/>
        </w:rPr>
        <w:t xml:space="preserve"> – if the school has asked you to provide them for the visit.</w:t>
      </w:r>
    </w:p>
    <w:p w14:paraId="6A1F965E"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Weather extras</w:t>
      </w:r>
      <w:r w:rsidRPr="00F5287B">
        <w:rPr>
          <w:sz w:val="22"/>
          <w:szCs w:val="24"/>
        </w:rPr>
        <w:t xml:space="preserve"> – hat, scarf and gloves in cold weather; sun hat and suitable sun protection in warm weather.</w:t>
      </w:r>
    </w:p>
    <w:p w14:paraId="58D88A9C" w14:textId="77777777" w:rsidR="00473E84" w:rsidRPr="00F5287B" w:rsidRDefault="00000000">
      <w:pPr>
        <w:pStyle w:val="TWOBullet"/>
        <w:spacing w:after="40"/>
        <w:ind w:left="255" w:hanging="142"/>
        <w:rPr>
          <w:sz w:val="22"/>
          <w:szCs w:val="24"/>
        </w:rPr>
      </w:pPr>
      <w:r w:rsidRPr="00F5287B">
        <w:rPr>
          <w:b/>
          <w:color w:val="68BE45"/>
          <w:sz w:val="24"/>
          <w:szCs w:val="24"/>
        </w:rPr>
        <w:t xml:space="preserve">✓ </w:t>
      </w:r>
      <w:r w:rsidRPr="00F5287B">
        <w:rPr>
          <w:b/>
          <w:color w:val="46581C"/>
          <w:sz w:val="22"/>
          <w:szCs w:val="24"/>
        </w:rPr>
        <w:t>A practical bag or rucksack</w:t>
      </w:r>
      <w:r w:rsidRPr="00F5287B">
        <w:rPr>
          <w:sz w:val="22"/>
          <w:szCs w:val="24"/>
        </w:rPr>
        <w:t xml:space="preserve"> – that closes securely and can be carried independently where appropriate.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978"/>
      </w:tblGrid>
      <w:tr w:rsidR="00473E84" w:rsidRPr="00F5287B" w14:paraId="17BBB700" w14:textId="77777777">
        <w:trPr>
          <w:jc w:val="center"/>
        </w:trPr>
        <w:tc>
          <w:tcPr>
            <w:tcW w:w="9978" w:type="dxa"/>
            <w:shd w:val="clear" w:color="auto" w:fill="F6F1E8"/>
            <w:tcMar>
              <w:top w:w="130" w:type="dxa"/>
              <w:left w:w="170" w:type="dxa"/>
              <w:bottom w:w="130" w:type="dxa"/>
              <w:right w:w="170" w:type="dxa"/>
            </w:tcMar>
          </w:tcPr>
          <w:p w14:paraId="064A632F" w14:textId="77777777" w:rsidR="00473E84" w:rsidRPr="00F5287B" w:rsidRDefault="00000000">
            <w:pPr>
              <w:rPr>
                <w:sz w:val="22"/>
                <w:szCs w:val="24"/>
              </w:rPr>
            </w:pPr>
            <w:r w:rsidRPr="00F5287B">
              <w:rPr>
                <w:b/>
                <w:color w:val="9A541C"/>
                <w:sz w:val="24"/>
                <w:szCs w:val="24"/>
              </w:rPr>
              <w:t>Footwear safety</w:t>
            </w:r>
          </w:p>
          <w:p w14:paraId="6ECBB3C0" w14:textId="77777777" w:rsidR="00473E84" w:rsidRPr="00F5287B" w:rsidRDefault="00000000">
            <w:pPr>
              <w:spacing w:after="0"/>
              <w:rPr>
                <w:sz w:val="22"/>
                <w:szCs w:val="24"/>
              </w:rPr>
            </w:pPr>
            <w:r w:rsidRPr="00F5287B">
              <w:rPr>
                <w:sz w:val="22"/>
                <w:szCs w:val="24"/>
              </w:rPr>
              <w:t>Sliders, Crocs and open-toed shoes or sandals are not suitable for the woodland terrain. A child wearing unsafe footwear may be unable to take part in Forest School activities.</w:t>
            </w:r>
          </w:p>
        </w:tc>
      </w:tr>
    </w:tbl>
    <w:p w14:paraId="1768445C" w14:textId="77777777" w:rsidR="00473E84" w:rsidRPr="00F5287B" w:rsidRDefault="00473E84">
      <w:pPr>
        <w:spacing w:after="0"/>
        <w:rPr>
          <w:sz w:val="22"/>
          <w:szCs w:val="24"/>
        </w:rPr>
      </w:pPr>
    </w:p>
    <w:p w14:paraId="16132A3B" w14:textId="77777777" w:rsidR="00473E84" w:rsidRPr="00F5287B" w:rsidRDefault="00000000">
      <w:pPr>
        <w:pStyle w:val="TWOHeading2"/>
        <w:spacing w:before="60" w:after="40"/>
        <w:rPr>
          <w:sz w:val="32"/>
          <w:szCs w:val="24"/>
        </w:rPr>
      </w:pPr>
      <w:r w:rsidRPr="00F5287B">
        <w:rPr>
          <w:sz w:val="32"/>
          <w:szCs w:val="24"/>
        </w:rPr>
        <w:t>Medical needs</w:t>
      </w:r>
    </w:p>
    <w:p w14:paraId="2E718B57" w14:textId="33D836AA" w:rsidR="00476D3F" w:rsidRPr="00F5287B" w:rsidRDefault="00000000">
      <w:pPr>
        <w:pStyle w:val="TWOBody"/>
        <w:rPr>
          <w:sz w:val="22"/>
          <w:szCs w:val="24"/>
        </w:rPr>
      </w:pPr>
      <w:r w:rsidRPr="00F5287B">
        <w:rPr>
          <w:sz w:val="22"/>
          <w:szCs w:val="24"/>
        </w:rPr>
        <w:t>Please make sure the school has up-to-date information about your child’s medical needs and has any medication required for the visit, such as inhalers or EpiPens. Children cannot participate if medication essential to their safety is not available on site.</w:t>
      </w:r>
    </w:p>
    <w:p w14:paraId="791EEF30" w14:textId="77777777" w:rsidR="00473E84" w:rsidRPr="00F5287B" w:rsidRDefault="00000000">
      <w:pPr>
        <w:pStyle w:val="TWOHeading2"/>
        <w:spacing w:before="60" w:after="40"/>
        <w:rPr>
          <w:sz w:val="32"/>
          <w:szCs w:val="24"/>
        </w:rPr>
      </w:pPr>
      <w:r w:rsidRPr="00F5287B">
        <w:rPr>
          <w:sz w:val="32"/>
          <w:szCs w:val="24"/>
        </w:rPr>
        <w:t>A little mud is part of the adventure!</w:t>
      </w:r>
    </w:p>
    <w:p w14:paraId="32CAFE0C" w14:textId="77777777" w:rsidR="00473E84" w:rsidRPr="00F5287B" w:rsidRDefault="00000000">
      <w:pPr>
        <w:pStyle w:val="TWOBody"/>
        <w:rPr>
          <w:sz w:val="22"/>
          <w:szCs w:val="24"/>
        </w:rPr>
      </w:pPr>
      <w:r w:rsidRPr="00F5287B">
        <w:rPr>
          <w:sz w:val="22"/>
          <w:szCs w:val="24"/>
        </w:rPr>
        <w:t>The site is natural woodland and can be muddy, wet and uneven. Please send children in practical clothes that can get dirty. If you have questions about the trip, please contact your child’s school or trip organiser.</w:t>
      </w:r>
    </w:p>
    <w:p w14:paraId="3080E4B5" w14:textId="77777777" w:rsidR="00473E84" w:rsidRPr="00F5287B" w:rsidRDefault="00000000">
      <w:pPr>
        <w:spacing w:before="120"/>
        <w:jc w:val="center"/>
        <w:rPr>
          <w:sz w:val="22"/>
          <w:szCs w:val="24"/>
        </w:rPr>
      </w:pPr>
      <w:r w:rsidRPr="00F5287B">
        <w:rPr>
          <w:b/>
          <w:color w:val="46581C"/>
          <w:sz w:val="24"/>
          <w:szCs w:val="24"/>
        </w:rPr>
        <w:t>We look forward to welcoming your child outdoors.</w:t>
      </w:r>
    </w:p>
    <w:p w14:paraId="5BD2BF21" w14:textId="77777777" w:rsidR="00473E84" w:rsidRPr="00F5287B" w:rsidRDefault="00000000">
      <w:pPr>
        <w:spacing w:before="200"/>
        <w:jc w:val="center"/>
        <w:rPr>
          <w:sz w:val="22"/>
          <w:szCs w:val="24"/>
        </w:rPr>
      </w:pPr>
      <w:r w:rsidRPr="00F5287B">
        <w:rPr>
          <w:color w:val="6B6B6B"/>
          <w:sz w:val="20"/>
          <w:szCs w:val="24"/>
        </w:rPr>
        <w:t>The World Outside • Bodenham Arboretum • www.theworldoutside.co.uk</w:t>
      </w:r>
    </w:p>
    <w:sectPr w:rsidR="00473E84" w:rsidRPr="00F5287B" w:rsidSect="00034616">
      <w:pgSz w:w="11906" w:h="16838"/>
      <w:pgMar w:top="850" w:right="964" w:bottom="85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7EF85" w14:textId="77777777" w:rsidR="00A154B5" w:rsidRDefault="00A154B5">
      <w:pPr>
        <w:spacing w:after="0" w:line="240" w:lineRule="auto"/>
      </w:pPr>
      <w:r>
        <w:separator/>
      </w:r>
    </w:p>
  </w:endnote>
  <w:endnote w:type="continuationSeparator" w:id="0">
    <w:p w14:paraId="2CF0FBF9" w14:textId="77777777" w:rsidR="00A154B5" w:rsidRDefault="00A15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268F" w14:textId="77777777" w:rsidR="00902F9F" w:rsidRDefault="00902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4104" w14:textId="77777777" w:rsidR="00473E84" w:rsidRDefault="00000000">
    <w:pPr>
      <w:pStyle w:val="Footer"/>
      <w:jc w:val="center"/>
    </w:pPr>
    <w:r>
      <w:rPr>
        <w:color w:val="6B6B6B"/>
        <w:sz w:val="17"/>
      </w:rPr>
      <w:t>www.theworldoutside.co.uk   •   07765 394456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15B5" w14:textId="77777777" w:rsidR="00902F9F" w:rsidRDefault="00902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B4A0" w14:textId="77777777" w:rsidR="00A154B5" w:rsidRDefault="00A154B5">
      <w:pPr>
        <w:spacing w:after="0" w:line="240" w:lineRule="auto"/>
      </w:pPr>
      <w:r>
        <w:separator/>
      </w:r>
    </w:p>
  </w:footnote>
  <w:footnote w:type="continuationSeparator" w:id="0">
    <w:p w14:paraId="644B331F" w14:textId="77777777" w:rsidR="00A154B5" w:rsidRDefault="00A15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E1D7" w14:textId="77777777" w:rsidR="00902F9F" w:rsidRDefault="00902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7FFB" w14:textId="77777777" w:rsidR="00473E84" w:rsidRDefault="00000000">
    <w:pPr>
      <w:pStyle w:val="Header"/>
      <w:jc w:val="right"/>
    </w:pPr>
    <w:r>
      <w:rPr>
        <w:b/>
        <w:color w:val="46581C"/>
        <w:sz w:val="17"/>
      </w:rPr>
      <w:t xml:space="preserve">THE WORLD </w:t>
    </w:r>
    <w:proofErr w:type="gramStart"/>
    <w:r>
      <w:rPr>
        <w:b/>
        <w:color w:val="46581C"/>
        <w:sz w:val="17"/>
      </w:rPr>
      <w:t>OUTSIDE  |</w:t>
    </w:r>
    <w:proofErr w:type="gramEnd"/>
    <w:r>
      <w:rPr>
        <w:b/>
        <w:color w:val="46581C"/>
        <w:sz w:val="17"/>
      </w:rPr>
      <w:t xml:space="preserve">  SCHOOL VISITS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079DE" w14:textId="77777777" w:rsidR="00902F9F" w:rsidRDefault="00902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7291850">
    <w:abstractNumId w:val="8"/>
  </w:num>
  <w:num w:numId="2" w16cid:durableId="1134179011">
    <w:abstractNumId w:val="6"/>
  </w:num>
  <w:num w:numId="3" w16cid:durableId="1055860265">
    <w:abstractNumId w:val="5"/>
  </w:num>
  <w:num w:numId="4" w16cid:durableId="700014154">
    <w:abstractNumId w:val="4"/>
  </w:num>
  <w:num w:numId="5" w16cid:durableId="8070972">
    <w:abstractNumId w:val="7"/>
  </w:num>
  <w:num w:numId="6" w16cid:durableId="317881652">
    <w:abstractNumId w:val="3"/>
  </w:num>
  <w:num w:numId="7" w16cid:durableId="263850256">
    <w:abstractNumId w:val="2"/>
  </w:num>
  <w:num w:numId="8" w16cid:durableId="155997678">
    <w:abstractNumId w:val="1"/>
  </w:num>
  <w:num w:numId="9" w16cid:durableId="1755316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F55"/>
    <w:rsid w:val="0006063C"/>
    <w:rsid w:val="00130242"/>
    <w:rsid w:val="0015074B"/>
    <w:rsid w:val="0029639D"/>
    <w:rsid w:val="002F231E"/>
    <w:rsid w:val="00326F90"/>
    <w:rsid w:val="00473E84"/>
    <w:rsid w:val="00476D3F"/>
    <w:rsid w:val="005B0B50"/>
    <w:rsid w:val="00653425"/>
    <w:rsid w:val="00902F9F"/>
    <w:rsid w:val="009678B5"/>
    <w:rsid w:val="009B579B"/>
    <w:rsid w:val="00A154B5"/>
    <w:rsid w:val="00A515F8"/>
    <w:rsid w:val="00AA1D8D"/>
    <w:rsid w:val="00B47730"/>
    <w:rsid w:val="00CB0664"/>
    <w:rsid w:val="00E27A0A"/>
    <w:rsid w:val="00ED01F7"/>
    <w:rsid w:val="00F52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50CCEC"/>
  <w14:defaultImageDpi w14:val="300"/>
  <w15:docId w15:val="{97717FF7-A5D6-4192-A205-566B85438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WOHeading1">
    <w:name w:val="TWO Heading 1"/>
    <w:pPr>
      <w:keepNext/>
      <w:spacing w:before="120" w:after="140"/>
    </w:pPr>
    <w:rPr>
      <w:rFonts w:ascii="Aptos Display" w:hAnsi="Aptos Display"/>
      <w:b/>
      <w:color w:val="46581C"/>
      <w:sz w:val="40"/>
    </w:rPr>
  </w:style>
  <w:style w:type="paragraph" w:customStyle="1" w:styleId="TWOHeading2">
    <w:name w:val="TWO Heading 2"/>
    <w:pPr>
      <w:keepNext/>
      <w:spacing w:before="100" w:after="100"/>
    </w:pPr>
    <w:rPr>
      <w:rFonts w:ascii="Aptos Display" w:hAnsi="Aptos Display"/>
      <w:b/>
      <w:color w:val="9A541C"/>
      <w:sz w:val="28"/>
    </w:rPr>
  </w:style>
  <w:style w:type="paragraph" w:customStyle="1" w:styleId="TWOHeading3">
    <w:name w:val="TWO Heading 3"/>
    <w:pPr>
      <w:keepNext/>
      <w:spacing w:before="80" w:after="80"/>
    </w:pPr>
    <w:rPr>
      <w:rFonts w:ascii="Aptos Display" w:hAnsi="Aptos Display"/>
      <w:b/>
      <w:color w:val="46581C"/>
      <w:sz w:val="23"/>
    </w:rPr>
  </w:style>
  <w:style w:type="paragraph" w:customStyle="1" w:styleId="TWOBody">
    <w:name w:val="TWO Body"/>
    <w:pPr>
      <w:spacing w:after="120" w:line="259" w:lineRule="auto"/>
    </w:pPr>
    <w:rPr>
      <w:rFonts w:ascii="Aptos" w:hAnsi="Aptos"/>
      <w:color w:val="2A2A2A"/>
      <w:sz w:val="21"/>
    </w:rPr>
  </w:style>
  <w:style w:type="paragraph" w:customStyle="1" w:styleId="TWOBullet">
    <w:name w:val="TWO Bullet"/>
    <w:pPr>
      <w:spacing w:after="60"/>
      <w:ind w:left="227" w:hanging="113"/>
    </w:pPr>
    <w:rPr>
      <w:rFonts w:ascii="Aptos" w:hAnsi="Aptos"/>
      <w:color w:val="2A2A2A"/>
      <w:sz w:val="21"/>
    </w:rPr>
  </w:style>
  <w:style w:type="paragraph" w:customStyle="1" w:styleId="TWOCheck">
    <w:name w:val="TWO Check"/>
    <w:pPr>
      <w:spacing w:after="80"/>
    </w:pPr>
    <w:rPr>
      <w:rFonts w:ascii="Aptos" w:hAnsi="Aptos"/>
      <w:color w:val="2A2A2A"/>
      <w:sz w:val="21"/>
    </w:rPr>
  </w:style>
  <w:style w:type="paragraph" w:styleId="NormalWeb">
    <w:name w:val="Normal (Web)"/>
    <w:basedOn w:val="Normal"/>
    <w:uiPriority w:val="99"/>
    <w:semiHidden/>
    <w:unhideWhenUsed/>
    <w:rsid w:val="00902F9F"/>
    <w:pPr>
      <w:spacing w:before="100" w:beforeAutospacing="1" w:afterAutospacing="1" w:line="240" w:lineRule="auto"/>
    </w:pPr>
    <w:rPr>
      <w:rFonts w:ascii="Times New Roman" w:hAnsi="Times New Roman" w:cs="Times New Roman"/>
      <w:kern w:val="2"/>
      <w:sz w:val="24"/>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14</Pages>
  <Words>5226</Words>
  <Characters>28435</Characters>
  <Application>Microsoft Office Word</Application>
  <DocSecurity>0</DocSecurity>
  <Lines>768</Lines>
  <Paragraphs>686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Outside - Teachers' Pack</dc:title>
  <dc:subject>School visits to The World Outside at Bodenham Arboretum</dc:subject>
  <dc:creator>The World Outside Ltd</dc:creator>
  <cp:keywords>Forest School, school visits, teachers pack, Bodenham Arboretum</cp:keywords>
  <dc:description>generated by python-docx</dc:description>
  <cp:lastModifiedBy>Sandra Hill</cp:lastModifiedBy>
  <cp:revision>12</cp:revision>
  <dcterms:created xsi:type="dcterms:W3CDTF">2026-09-21T16:26:00Z</dcterms:created>
  <dcterms:modified xsi:type="dcterms:W3CDTF">2026-09-22T10:03:00Z</dcterms:modified>
  <cp:category/>
</cp:coreProperties>
</file>